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simplu și elegant</w:t>
      </w:r>
    </w:p>
    <w:p>
      <w:r>
        <w:t>Minimalist, font simplu, culori neutre, potrivit pentru joburi corporate.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