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ACT ADITIONAL CONTRACT DE MUNCA</w:t>
      </w:r>
    </w:p>
    <w:p/>
    <w:p>
      <w:pPr>
        <w:jc w:val="left"/>
      </w:pPr>
      <w:r>
        <w:t>La contractul individual de munca incheiat si inregistrat sub nr. …………. / ………….. in registrul general de evidenta a salariatilor.</w:t>
      </w:r>
    </w:p>
    <w:p>
      <w:pPr>
        <w:jc w:val="left"/>
      </w:pPr>
      <w:r>
        <w:t>Incheiat astazi, …………………., intre:</w:t>
      </w:r>
    </w:p>
    <w:p>
      <w:pPr>
        <w:jc w:val="both"/>
      </w:pPr>
      <w:r>
        <w:t>Angajator – persoana juridica / fizica ………………….., cu sediul / domiciliul in ……………….., inregistrata la registrul comertului / autoritatile administratiei publice din ………….. sub nr. ….. / ……… / .…. cod fiscal ……..………, telefon ……………., reprezentata legal prin ……………., in calitate de ………………..,</w:t>
      </w:r>
    </w:p>
    <w:p>
      <w:pPr>
        <w:jc w:val="left"/>
      </w:pPr>
      <w:r>
        <w:t>Si</w:t>
      </w:r>
    </w:p>
    <w:p>
      <w:pPr>
        <w:jc w:val="both"/>
      </w:pPr>
      <w:r>
        <w:t>Salariatul / salariata – domnul / doamna …………………………….., domiciliat / domiciliata in localitatea ……………….., str. ………………, nr. ………., judetul ………………., posesor / posesoare al / a buletinului / cartii de identitate / pasaportul seria ……… nr. …….……… eliberat / eliberata de …………………, la data de …………………, CNP …………………………………. permis de munca seria …………….., nr. …………………… din data de ……………</w:t>
      </w:r>
    </w:p>
    <w:p/>
    <w:p>
      <w:pPr>
        <w:jc w:val="left"/>
      </w:pPr>
      <w:r>
        <w:t>In temeiul art. _____ din Legea nr. ___ / _______, partile</w:t>
      </w:r>
    </w:p>
    <w:p>
      <w:pPr>
        <w:jc w:val="left"/>
      </w:pPr>
      <w:r>
        <w:t>HOTARASC:</w:t>
      </w:r>
    </w:p>
    <w:p>
      <w:pPr>
        <w:ind w:left="454"/>
      </w:pPr>
      <w:r>
        <w:t>1. Se modifica articolul ……………………………… al contractului individual de munca si va avea urmatorul cuprins: _____________________________________</w:t>
      </w:r>
    </w:p>
    <w:p>
      <w:pPr>
        <w:ind w:left="454"/>
      </w:pPr>
      <w:r>
        <w:t>2. Se modifica articolul ……………………………… al contractului individual de munca si va avea urmatorul cuprins: _____________________________________</w:t>
      </w:r>
    </w:p>
    <w:p/>
    <w:p>
      <w:pPr>
        <w:jc w:val="left"/>
      </w:pPr>
      <w:r>
        <w:t>Prezentul act aditional a fost incheiat in 2 exemplare, cate un exemplar pentru fiecare parte, urmand sa – si produca efectele incepand cu data de _______</w:t>
      </w:r>
    </w:p>
    <w:p/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ANGAJATOR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t>ANGAJAT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