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center"/>
      </w:pPr>
      <w:r>
        <w:rPr>
          <w:b/>
          <w:sz w:val="24"/>
        </w:rPr>
        <w:t>Act aditional la contractul nr. __ din data ___</w:t>
      </w:r>
    </w:p>
    <w:p/>
    <w:p>
      <w:pPr>
        <w:jc w:val="left"/>
      </w:pPr>
      <w:r>
        <w:t>Subscrisele ____ si _____ (partile contractului initial) am convenit modificarea următoarelor elemente ale contractului sus menţionat, după cum urmează:</w:t>
      </w:r>
    </w:p>
    <w:p>
      <w:pPr>
        <w:jc w:val="left"/>
      </w:pPr>
      <w:r>
        <w:t>___scrieti ce clauze se modifica__(ex. Articolul X va avea urmatorul cuprins ……) incepand cu data de ________________________ .</w:t>
      </w:r>
    </w:p>
    <w:p>
      <w:pPr>
        <w:jc w:val="left"/>
      </w:pPr>
      <w:r>
        <w:t>Restul clauzelor contractului rămân neschimbate.</w:t>
      </w:r>
    </w:p>
    <w:p>
      <w:pPr>
        <w:jc w:val="left"/>
      </w:pPr>
      <w:r>
        <w:t>Prezentul act adiţional s-a încheiat în 2 (doua) exemplare, câte unul pentru fiecare parte contractantă.</w:t>
      </w:r>
    </w:p>
    <w:p/>
    <w:p>
      <w:pPr>
        <w:jc w:val="left"/>
      </w:pPr>
      <w:r>
        <w:t>Semnaturi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