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left"/>
      </w:pPr>
      <w:r>
        <w:rPr>
          <w:b/>
          <w:sz w:val="24"/>
        </w:rPr>
        <w:t>ACT ADITIONAL Nr.</w:t>
      </w:r>
    </w:p>
    <w:p/>
    <w:p>
      <w:pPr>
        <w:jc w:val="both"/>
      </w:pPr>
      <w:r>
        <w:t>La ( contractul individual de munca / de prestari servicii / de vanzare cumparare / de inchiriere / sau alt tip de contract ) incheiat si inregistrat sub nr. …………. / ……………</w:t>
      </w:r>
    </w:p>
    <w:p>
      <w:pPr>
        <w:jc w:val="left"/>
      </w:pPr>
      <w:r>
        <w:t>Incheiat astazi, …………………., intre:</w:t>
      </w:r>
    </w:p>
    <w:p>
      <w:pPr>
        <w:jc w:val="both"/>
      </w:pPr>
      <w:r>
        <w:t>Societatea comerciala ……………………………………………….., cu sediul / domiciliul in ……………….., inregistrata la registrul comertului / autoritatile administratiei publice din ………….. sub nr. ….. / ……… / .…. CUI…..………, telefon ……………., reprezentata legal prin …………………., in calitate de ………………………..,</w:t>
      </w:r>
    </w:p>
    <w:p>
      <w:pPr>
        <w:jc w:val="left"/>
      </w:pPr>
      <w:r>
        <w:t>Si</w:t>
      </w:r>
    </w:p>
    <w:p>
      <w:pPr>
        <w:jc w:val="both"/>
      </w:pPr>
      <w:r>
        <w:t>Societatea comerciala ……………………………………………….., cu sediul / domiciliul in ……………….., inregistrata la registrul comertului / autoritatile administratiei publice din ………….. sub nr. ….. / ……… / .…. CUI…..………, telefon ……………., reprezentata legal prin …………………., in calitate de ………………………..,</w:t>
      </w:r>
    </w:p>
    <w:p/>
    <w:p>
      <w:pPr>
        <w:jc w:val="left"/>
      </w:pPr>
      <w:r>
        <w:t>In temeiul art. _____ din contractul nr ___ / _______, partile</w:t>
      </w:r>
    </w:p>
    <w:p>
      <w:pPr>
        <w:jc w:val="left"/>
      </w:pPr>
      <w:r>
        <w:t>HOTARASC:</w:t>
      </w:r>
    </w:p>
    <w:p>
      <w:pPr>
        <w:ind w:left="454"/>
      </w:pPr>
      <w:r>
        <w:t>1. De comun acord se reziliaza contractul nr___ din data______ ;</w:t>
      </w:r>
    </w:p>
    <w:p>
      <w:pPr>
        <w:ind w:left="454"/>
      </w:pPr>
      <w:r>
        <w:t>2. Partile declara si recunosc ca nici una din ele nu mai are obligatii una fata de celalata rezultate din executarea acestui contract.</w:t>
      </w:r>
    </w:p>
    <w:p>
      <w:pPr>
        <w:jc w:val="left"/>
      </w:pPr>
      <w:r>
        <w:t>Prezentul act aditional a fost incheiat in 2 exemplare, cate un exemplar pentru fiecare parte, urmand sa – si produca efectele incepand cu data de _______</w:t>
      </w:r>
    </w:p>
    <w:p/>
    <w:p>
      <w:pPr>
        <w:jc w:val="left"/>
      </w:pPr>
      <w:r>
        <w:t>Semnaturi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