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160"/>
        <w:jc w:val="center"/>
      </w:pPr>
      <w:r>
        <w:rPr>
          <w:b/>
          <w:sz w:val="26"/>
        </w:rPr>
        <w:t>ADEVERINȚĂ</w:t>
      </w:r>
    </w:p>
    <w:p/>
    <w:p>
      <w:pPr>
        <w:jc w:val="both"/>
      </w:pPr>
      <w:r>
        <w:t>Subsemnatul(a), [Nume executor/instanță], în calitate de executor judecătoresc / secretar, atest prin prezenta că în dosarul de executare silită nr. [număr dosar] depus la [instituția competentă] există următoarele acte:</w:t>
      </w:r>
    </w:p>
    <w:p>
      <w:pPr>
        <w:ind w:left="454"/>
      </w:pPr>
      <w:r>
        <w:t>1. [Act 1 – cerere, somație etc.]</w:t>
      </w:r>
    </w:p>
    <w:p>
      <w:pPr>
        <w:ind w:left="454"/>
      </w:pPr>
      <w:r>
        <w:t>2. [Act 2]</w:t>
      </w:r>
    </w:p>
    <w:p>
      <w:pPr>
        <w:ind w:left="454"/>
      </w:pPr>
      <w:r>
        <w:t>3. [Act 3]</w:t>
      </w:r>
    </w:p>
    <w:p/>
    <w:p>
      <w:pPr>
        <w:jc w:val="left"/>
      </w:pPr>
      <w:r>
        <w:t>Data emiterii: [zz.ll.aaaa]</w:t>
      </w:r>
    </w:p>
    <w:p>
      <w:pPr>
        <w:jc w:val="left"/>
      </w:pPr>
      <w:r>
        <w:t>Semnătura și ștampila: _______________________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sz w:val="16"/>
      </w:rPr>
      <w:t>Model gratuit de pe www.model-de.ro · verificați prevederile legale în vigoare înainte de utilizare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