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t>Antetul societatii</w:t>
      </w:r>
    </w:p>
    <w:p/>
    <w:p>
      <w:pPr>
        <w:keepNext/>
        <w:spacing w:before="160"/>
        <w:jc w:val="center"/>
      </w:pPr>
      <w:r>
        <w:rPr>
          <w:b/>
          <w:sz w:val="26"/>
        </w:rPr>
        <w:t>ADEVERINŢA</w:t>
      </w:r>
    </w:p>
    <w:p/>
    <w:p>
      <w:pPr>
        <w:jc w:val="both"/>
      </w:pPr>
      <w:r>
        <w:t>Subscrisa, S.C. ............ S.R.L./S.A. , cu sediul în localitatea............, str............., nr............., ap............., jud............., înregistrată la Oficiul Registrului Comerţului............, sub numărul............, având CUI............, prin reprezentant legal dl./dna............., în calitate de............, prin prezenta adeverim faptul că dna./dnul............. este angajat/ă în cadrul societăţii noastre din data de............, având funcţia de............, conform contractului individual de muncă numărul ............ din data de ............, înregistrat în REVISAL la poziţia numărul ............ din data de .............</w:t>
      </w:r>
    </w:p>
    <w:p/>
    <w:p>
      <w:pPr>
        <w:jc w:val="left"/>
      </w:pPr>
      <w:r>
        <w:t>Nume Prenume</w:t>
      </w:r>
    </w:p>
    <w:p>
      <w:pPr>
        <w:jc w:val="left"/>
      </w:pPr>
      <w:r>
        <w:t>Funcţia</w:t>
      </w:r>
    </w:p>
    <w:p>
      <w:pPr>
        <w:jc w:val="left"/>
      </w:pPr>
      <w:r>
        <w:t>Semnătura şi ştampila</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