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t>Primăria Comunei / Orașului ____________________</w:t>
      </w:r>
    </w:p>
    <w:p>
      <w:pPr>
        <w:jc w:val="left"/>
      </w:pPr>
      <w:r>
        <w:t>Nr. înregistrare: ________ — Data: __/__/____</w:t>
      </w:r>
    </w:p>
    <w:p/>
    <w:p>
      <w:pPr>
        <w:keepNext/>
        <w:spacing w:before="160"/>
        <w:jc w:val="center"/>
      </w:pPr>
      <w:r>
        <w:rPr>
          <w:b/>
          <w:sz w:val="26"/>
        </w:rPr>
        <w:t>A D E V E R I N Ț Ă</w:t>
      </w:r>
    </w:p>
    <w:p/>
    <w:p>
      <w:pPr>
        <w:jc w:val="both"/>
      </w:pPr>
      <w:r>
        <w:t>Se adeverește că domnul/doamna ________________________, CNP ________________, cu domiciliul declarat în localitatea ________________, str. ______________, nr. ___, este înregistrat(ă) la această primărie la adresa menționată.</w:t>
      </w:r>
    </w:p>
    <w:p>
      <w:pPr>
        <w:jc w:val="left"/>
      </w:pPr>
      <w:r>
        <w:t>Prezenta adeverință se eliberează la cererea titularului pentru a-i servi la ________________________.</w:t>
      </w:r>
    </w:p>
    <w:p/>
    <w:p>
      <w:pPr>
        <w:jc w:val="left"/>
      </w:pPr>
      <w:r>
        <w:t>Semnătura și ștampilă,</w:t>
      </w:r>
    </w:p>
    <w:p>
      <w:pPr>
        <w:jc w:val="left"/>
      </w:pPr>
      <w:r>
        <w:t>Primar / Funcționar public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Model gratuit de pe www.model-de.ro · verificați prevederile legale în vigoare înainte de utilizare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