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t>Număr de înregistrare la angajator………………data…………………</w:t>
      </w:r>
    </w:p>
    <w:p/>
    <w:p>
      <w:pPr>
        <w:keepNext/>
        <w:spacing w:before="160"/>
        <w:jc w:val="center"/>
      </w:pPr>
      <w:r>
        <w:rPr>
          <w:b/>
          <w:sz w:val="26"/>
        </w:rPr>
        <w:t>ADEVERINTA</w:t>
      </w:r>
    </w:p>
    <w:p>
      <w:pPr>
        <w:keepNext/>
        <w:spacing w:before="160"/>
        <w:jc w:val="left"/>
      </w:pPr>
      <w:r>
        <w:rPr>
          <w:b/>
          <w:sz w:val="24"/>
        </w:rPr>
        <w:t>A. Date de identificare a angajatorului:</w:t>
      </w:r>
    </w:p>
    <w:p>
      <w:pPr>
        <w:jc w:val="left"/>
      </w:pPr>
      <w:r>
        <w:t>Denumire / nume……………………………………………..…………………</w:t>
      </w:r>
    </w:p>
    <w:p>
      <w:pPr>
        <w:jc w:val="left"/>
      </w:pPr>
      <w:r>
        <w:t>Codul unic de înregistrare / codul fiscal……………..……………………………</w:t>
      </w:r>
    </w:p>
    <w:p>
      <w:pPr>
        <w:jc w:val="left"/>
      </w:pPr>
      <w:r>
        <w:t>Cod CAEN……………………………………………………..……………………………</w:t>
      </w:r>
    </w:p>
    <w:p>
      <w:pPr>
        <w:jc w:val="left"/>
      </w:pPr>
      <w:r>
        <w:t>Adresa…………………………………………………………………………………………</w:t>
      </w:r>
    </w:p>
    <w:p>
      <w:pPr>
        <w:jc w:val="left"/>
      </w:pPr>
      <w:r>
        <w:t>Telefon / fax . ………………………………………………..…………………………….</w:t>
      </w:r>
    </w:p>
    <w:p>
      <w:pPr>
        <w:jc w:val="left"/>
      </w:pPr>
      <w:r>
        <w:t>Email / pagina internet…………………………………….…………………………….</w:t>
      </w:r>
    </w:p>
    <w:p>
      <w:pPr>
        <w:keepNext/>
        <w:spacing w:before="160"/>
        <w:jc w:val="left"/>
      </w:pPr>
      <w:r>
        <w:rPr>
          <w:b/>
          <w:sz w:val="24"/>
        </w:rPr>
        <w:t>B. Date privind plata contribuţiilor la bugetul asigurărilor pentru şomaj :</w:t>
      </w:r>
    </w:p>
    <w:p>
      <w:pPr>
        <w:jc w:val="both"/>
      </w:pPr>
      <w:r>
        <w:t>B.1. Pentru doamna / domnul ……………………………………………………, CNP …………………………………, care se legitimează cu BI /CI /Adeverinţă seria ……….… numărul …………………, salariat din data de ………………………..……, în data de ………………….…………., în calitatea noastră de angajator, am reţinut şi virat la bugetul asigurărilor pentru şomaj sumele reprezentând contribuţia individuală în cotă de 1% şi contribuţia datorată de angajator după cum urmează:</w:t>
      </w:r>
    </w:p>
    <w:tbl>
      <w:tblPr>
        <w:tblStyle w:val="TableGrid"/>
        <w:tblW w:type="auto" w:w="0"/>
        <w:tblLook w:firstColumn="1" w:firstRow="1" w:lastColumn="0" w:lastRow="0" w:noHBand="0" w:noVBand="1" w:val="04A0"/>
      </w:tblPr>
      <w:tblGrid>
        <w:gridCol w:w="1176"/>
        <w:gridCol w:w="1176"/>
        <w:gridCol w:w="1176"/>
        <w:gridCol w:w="1176"/>
        <w:gridCol w:w="1176"/>
        <w:gridCol w:w="1176"/>
        <w:gridCol w:w="1176"/>
        <w:gridCol w:w="1176"/>
      </w:tblGrid>
      <w:tr>
        <w:tc>
          <w:tcPr>
            <w:tcW w:type="dxa" w:w="1176"/>
          </w:tcPr>
          <w:p>
            <w:r>
              <w:rPr>
                <w:sz w:val="20"/>
              </w:rPr>
              <w:t>Nr. Crt</w:t>
            </w:r>
          </w:p>
        </w:tc>
        <w:tc>
          <w:tcPr>
            <w:tcW w:type="dxa" w:w="1176"/>
          </w:tcPr>
          <w:p>
            <w:r>
              <w:rPr>
                <w:sz w:val="20"/>
              </w:rPr>
              <w:t>Luna şi anul</w:t>
            </w:r>
          </w:p>
        </w:tc>
        <w:tc>
          <w:tcPr>
            <w:tcW w:type="dxa" w:w="1176"/>
          </w:tcPr>
          <w:p>
            <w:r>
              <w:rPr>
                <w:sz w:val="20"/>
              </w:rPr>
              <w:t>Baza de calcul (RON)</w:t>
            </w:r>
          </w:p>
        </w:tc>
        <w:tc>
          <w:tcPr>
            <w:tcW w:type="dxa" w:w="1176"/>
          </w:tcPr>
          <w:p>
            <w:r>
              <w:rPr>
                <w:sz w:val="20"/>
              </w:rPr>
              <w:t>Suma reprezentând contribuţia individuală (RON)</w:t>
            </w:r>
          </w:p>
        </w:tc>
        <w:tc>
          <w:tcPr>
            <w:tcW w:type="dxa" w:w="1176"/>
          </w:tcPr>
          <w:p>
            <w:r>
              <w:rPr>
                <w:sz w:val="20"/>
              </w:rPr>
              <w:t>Instrument de plată, numărul şi data acestuia</w:t>
            </w:r>
          </w:p>
        </w:tc>
        <w:tc>
          <w:tcPr>
            <w:tcW w:type="dxa" w:w="1176"/>
          </w:tcPr>
          <w:p>
            <w:r>
              <w:rPr>
                <w:sz w:val="20"/>
              </w:rPr>
              <w:t>Suma reprezentând contribuţia datorată de angajator (RON)</w:t>
            </w:r>
          </w:p>
        </w:tc>
        <w:tc>
          <w:tcPr>
            <w:tcW w:type="dxa" w:w="1176"/>
          </w:tcPr>
          <w:p>
            <w:r>
              <w:rPr>
                <w:sz w:val="20"/>
              </w:rPr>
              <w:t>Instrument de plată, numărul şi data acestuia</w:t>
            </w:r>
          </w:p>
        </w:tc>
        <w:tc>
          <w:tcPr>
            <w:tcW w:type="dxa" w:w="1176"/>
          </w:tcPr>
          <w:p>
            <w:r>
              <w:rPr>
                <w:sz w:val="20"/>
              </w:rPr>
              <w:t>Numărul şi data înregistrării la A.J.O.F.M. a declaraţiei lunare privind evidenţa nominală a asiguraţilor şi obligaţiilor de plată la bugetul asigurărilor pentru şomaj</w:t>
            </w:r>
          </w:p>
        </w:tc>
      </w:tr>
      <w:tr>
        <w:tc>
          <w:tcPr>
            <w:tcW w:type="dxa" w:w="1176"/>
          </w:tcPr>
          <w:p>
            <w:r>
              <w:rPr>
                <w:sz w:val="20"/>
              </w:rPr>
              <w:t>1</w:t>
            </w:r>
          </w:p>
        </w:tc>
        <w:tc>
          <w:tcPr>
            <w:tcW w:type="dxa" w:w="1176"/>
          </w:tcPr>
          <w:p>
            <w:r>
              <w:rPr>
                <w:sz w:val="20"/>
              </w:rPr>
              <w:t>2</w:t>
            </w:r>
          </w:p>
        </w:tc>
        <w:tc>
          <w:tcPr>
            <w:tcW w:type="dxa" w:w="1176"/>
          </w:tcPr>
          <w:p>
            <w:r>
              <w:rPr>
                <w:sz w:val="20"/>
              </w:rPr>
              <w:t>3</w:t>
            </w:r>
          </w:p>
        </w:tc>
        <w:tc>
          <w:tcPr>
            <w:tcW w:type="dxa" w:w="1176"/>
          </w:tcPr>
          <w:p>
            <w:r>
              <w:rPr>
                <w:sz w:val="20"/>
              </w:rPr>
              <w:t>4</w:t>
            </w:r>
          </w:p>
        </w:tc>
        <w:tc>
          <w:tcPr>
            <w:tcW w:type="dxa" w:w="1176"/>
          </w:tcPr>
          <w:p>
            <w:r>
              <w:rPr>
                <w:sz w:val="20"/>
              </w:rPr>
              <w:t>5</w:t>
            </w:r>
          </w:p>
        </w:tc>
        <w:tc>
          <w:tcPr>
            <w:tcW w:type="dxa" w:w="1176"/>
          </w:tcPr>
          <w:p>
            <w:r>
              <w:rPr>
                <w:sz w:val="20"/>
              </w:rPr>
              <w:t>6</w:t>
            </w:r>
          </w:p>
        </w:tc>
        <w:tc>
          <w:tcPr>
            <w:tcW w:type="dxa" w:w="1176"/>
          </w:tcPr>
          <w:p>
            <w:r>
              <w:rPr>
                <w:sz w:val="20"/>
              </w:rPr>
              <w:t>7</w:t>
            </w:r>
          </w:p>
        </w:tc>
        <w:tc>
          <w:tcPr>
            <w:tcW w:type="dxa" w:w="1176"/>
          </w:tcPr>
          <w:p>
            <w:r>
              <w:rPr>
                <w:sz w:val="20"/>
              </w:rPr>
              <w:t>8</w:t>
            </w:r>
          </w:p>
        </w:tc>
      </w:tr>
      <w:tr>
        <w:tc>
          <w:tcPr>
            <w:tcW w:type="dxa" w:w="1176"/>
          </w:tcPr>
          <w:p>
            <w:r>
              <w:rPr>
                <w:sz w:val="20"/>
              </w:rPr>
              <w:t>1</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2</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3</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4</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5</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6</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7</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8</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9</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10</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11</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r>
        <w:tc>
          <w:tcPr>
            <w:tcW w:type="dxa" w:w="1176"/>
          </w:tcPr>
          <w:p>
            <w:r>
              <w:rPr>
                <w:sz w:val="20"/>
              </w:rPr>
              <w:t>12</w:t>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c>
          <w:tcPr>
            <w:tcW w:type="dxa" w:w="1176"/>
          </w:tcPr>
          <w:p>
            <w:r>
              <w:rPr>
                <w:sz w:val="20"/>
              </w:rPr>
            </w:r>
          </w:p>
        </w:tc>
      </w:tr>
    </w:tbl>
    <w:p/>
    <w:p>
      <w:pPr>
        <w:jc w:val="left"/>
      </w:pPr>
      <w:r>
        <w:t>Vechime totala…………..ani…………luni………….zile…………..</w:t>
      </w:r>
    </w:p>
    <w:p>
      <w:pPr>
        <w:jc w:val="left"/>
      </w:pPr>
      <w:r>
        <w:t>B.2. În calitatea noastră de angajator ( se completează varianta corespunzătoare ):</w:t>
      </w:r>
    </w:p>
    <w:p>
      <w:pPr>
        <w:ind w:left="454"/>
      </w:pPr>
      <w:r>
        <w:t>– nu înregistrăm debite la Bugetul asigurărilor pentru şomaj</w:t>
      </w:r>
    </w:p>
    <w:p>
      <w:pPr>
        <w:ind w:left="454"/>
      </w:pPr>
      <w:r>
        <w:t>– pentru perioada……………….………………………. nu s-a reţinut şi virat contribuţia individuală în suma totala de………………………………..şi nu s-a plătit contribuţia datorată de angajator în sumă de.…………..……………………………..</w:t>
      </w:r>
    </w:p>
    <w:p>
      <w:pPr>
        <w:ind w:left="454"/>
      </w:pPr>
      <w:r>
        <w:t>– ne regăsim în una din situaţiile prevăzute la art.34 alin.(2) din Legea nr.76/2002, cu modificările şi completările ulterioare, respectiv* ……………………….……………………………………….perioada..………………………………………………………</w:t>
      </w:r>
    </w:p>
    <w:p>
      <w:pPr>
        <w:jc w:val="left"/>
      </w:pPr>
      <w:r>
        <w:t>*) se anexeaza copie dupa actul doveditor al acestor situatii</w:t>
      </w:r>
    </w:p>
    <w:p>
      <w:pPr>
        <w:keepNext/>
        <w:spacing w:before="160"/>
        <w:jc w:val="left"/>
      </w:pPr>
      <w:r>
        <w:rPr>
          <w:b/>
          <w:sz w:val="24"/>
        </w:rPr>
        <w:t>C. Date privind raporturile de muncă sau de serviciu ale salariatului (consemnat la cap.B1):</w:t>
      </w:r>
    </w:p>
    <w:p>
      <w:pPr>
        <w:jc w:val="left"/>
      </w:pPr>
      <w:r>
        <w:t>Actul în baza căruia a fost încadrat în muncă, număr şi data……………………………. Data angajării……………………………..</w:t>
      </w:r>
    </w:p>
    <w:p>
      <w:pPr>
        <w:jc w:val="left"/>
      </w:pPr>
      <w:r>
        <w:t>Data încetării raporturilor de muncă sau de serviciu ………………….………, motivul incetarii………………………………………., conform art……….…. din Legea 53/2003.</w:t>
      </w:r>
    </w:p>
    <w:p>
      <w:pPr>
        <w:jc w:val="left"/>
      </w:pPr>
      <w:r>
        <w:t>Perioade pentru care raporturile de muncă sau de serviciu au fost suspendate* (in ultimele 24 luni)</w:t>
      </w:r>
    </w:p>
    <w:tbl>
      <w:tblPr>
        <w:tblStyle w:val="TableGrid"/>
        <w:tblW w:type="auto" w:w="0"/>
        <w:tblLook w:firstColumn="1" w:firstRow="1" w:lastColumn="0" w:lastRow="0" w:noHBand="0" w:noVBand="1" w:val="04A0"/>
      </w:tblPr>
      <w:tblGrid>
        <w:gridCol w:w="2353"/>
        <w:gridCol w:w="2353"/>
        <w:gridCol w:w="2353"/>
        <w:gridCol w:w="2353"/>
      </w:tblGrid>
      <w:tr>
        <w:tc>
          <w:tcPr>
            <w:tcW w:type="dxa" w:w="2353"/>
          </w:tcPr>
          <w:p>
            <w:r>
              <w:rPr>
                <w:sz w:val="20"/>
              </w:rPr>
              <w:t>Data suspendarii*</w:t>
            </w:r>
          </w:p>
        </w:tc>
        <w:tc>
          <w:tcPr>
            <w:tcW w:type="dxa" w:w="2353"/>
          </w:tcPr>
          <w:p>
            <w:r>
              <w:rPr>
                <w:sz w:val="20"/>
              </w:rPr>
              <w:t>Data de incetare a suspendarii*</w:t>
            </w:r>
          </w:p>
        </w:tc>
        <w:tc>
          <w:tcPr>
            <w:tcW w:type="dxa" w:w="2353"/>
          </w:tcPr>
          <w:p>
            <w:r>
              <w:rPr>
                <w:sz w:val="20"/>
              </w:rPr>
              <w:t>Motivul suspendarii**</w:t>
            </w:r>
          </w:p>
        </w:tc>
        <w:tc>
          <w:tcPr>
            <w:tcW w:type="dxa" w:w="2353"/>
          </w:tcPr>
          <w:p>
            <w:r>
              <w:rPr>
                <w:sz w:val="20"/>
              </w:rPr>
              <w:t>Numar zile calendaristice/lucratoare</w:t>
            </w:r>
          </w:p>
        </w:tc>
      </w:tr>
      <w:tr>
        <w:tc>
          <w:tcPr>
            <w:tcW w:type="dxa" w:w="2353"/>
          </w:tcPr>
          <w:p>
            <w:r>
              <w:rPr>
                <w:sz w:val="20"/>
              </w:rPr>
            </w:r>
          </w:p>
        </w:tc>
        <w:tc>
          <w:tcPr>
            <w:tcW w:type="dxa" w:w="2353"/>
          </w:tcPr>
          <w:p>
            <w:r>
              <w:rPr>
                <w:sz w:val="20"/>
              </w:rPr>
            </w:r>
          </w:p>
        </w:tc>
        <w:tc>
          <w:tcPr>
            <w:tcW w:type="dxa" w:w="2353"/>
          </w:tcPr>
          <w:p>
            <w:r>
              <w:rPr>
                <w:sz w:val="20"/>
              </w:rPr>
            </w:r>
          </w:p>
        </w:tc>
        <w:tc>
          <w:tcPr>
            <w:tcW w:type="dxa" w:w="2353"/>
          </w:tcPr>
          <w:p>
            <w:r>
              <w:rPr>
                <w:sz w:val="20"/>
              </w:rPr>
            </w:r>
          </w:p>
        </w:tc>
      </w:tr>
      <w:tr>
        <w:tc>
          <w:tcPr>
            <w:tcW w:type="dxa" w:w="2353"/>
          </w:tcPr>
          <w:p>
            <w:r>
              <w:rPr>
                <w:sz w:val="20"/>
              </w:rPr>
            </w:r>
          </w:p>
        </w:tc>
        <w:tc>
          <w:tcPr>
            <w:tcW w:type="dxa" w:w="2353"/>
          </w:tcPr>
          <w:p>
            <w:r>
              <w:rPr>
                <w:sz w:val="20"/>
              </w:rPr>
            </w:r>
          </w:p>
        </w:tc>
        <w:tc>
          <w:tcPr>
            <w:tcW w:type="dxa" w:w="2353"/>
          </w:tcPr>
          <w:p>
            <w:r>
              <w:rPr>
                <w:sz w:val="20"/>
              </w:rPr>
            </w:r>
          </w:p>
        </w:tc>
        <w:tc>
          <w:tcPr>
            <w:tcW w:type="dxa" w:w="2353"/>
          </w:tcPr>
          <w:p>
            <w:r>
              <w:rPr>
                <w:sz w:val="20"/>
              </w:rPr>
            </w:r>
          </w:p>
        </w:tc>
      </w:tr>
      <w:tr>
        <w:tc>
          <w:tcPr>
            <w:tcW w:type="dxa" w:w="2353"/>
          </w:tcPr>
          <w:p>
            <w:r>
              <w:rPr>
                <w:sz w:val="20"/>
              </w:rPr>
            </w:r>
          </w:p>
        </w:tc>
        <w:tc>
          <w:tcPr>
            <w:tcW w:type="dxa" w:w="2353"/>
          </w:tcPr>
          <w:p>
            <w:r>
              <w:rPr>
                <w:sz w:val="20"/>
              </w:rPr>
            </w:r>
          </w:p>
        </w:tc>
        <w:tc>
          <w:tcPr>
            <w:tcW w:type="dxa" w:w="2353"/>
          </w:tcPr>
          <w:p>
            <w:r>
              <w:rPr>
                <w:sz w:val="20"/>
              </w:rPr>
            </w:r>
          </w:p>
        </w:tc>
        <w:tc>
          <w:tcPr>
            <w:tcW w:type="dxa" w:w="2353"/>
          </w:tcPr>
          <w:p>
            <w:r>
              <w:rPr>
                <w:sz w:val="20"/>
              </w:rPr>
            </w:r>
          </w:p>
        </w:tc>
      </w:tr>
      <w:tr>
        <w:tc>
          <w:tcPr>
            <w:tcW w:type="dxa" w:w="2353"/>
          </w:tcPr>
          <w:p>
            <w:r>
              <w:rPr>
                <w:sz w:val="20"/>
              </w:rPr>
            </w:r>
          </w:p>
        </w:tc>
        <w:tc>
          <w:tcPr>
            <w:tcW w:type="dxa" w:w="2353"/>
          </w:tcPr>
          <w:p>
            <w:r>
              <w:rPr>
                <w:sz w:val="20"/>
              </w:rPr>
            </w:r>
          </w:p>
        </w:tc>
        <w:tc>
          <w:tcPr>
            <w:tcW w:type="dxa" w:w="2353"/>
          </w:tcPr>
          <w:p>
            <w:r>
              <w:rPr>
                <w:sz w:val="20"/>
              </w:rPr>
            </w:r>
          </w:p>
        </w:tc>
        <w:tc>
          <w:tcPr>
            <w:tcW w:type="dxa" w:w="2353"/>
          </w:tcPr>
          <w:p>
            <w:r>
              <w:rPr>
                <w:sz w:val="20"/>
              </w:rPr>
            </w:r>
          </w:p>
        </w:tc>
      </w:tr>
      <w:tr>
        <w:tc>
          <w:tcPr>
            <w:tcW w:type="dxa" w:w="2353"/>
          </w:tcPr>
          <w:p>
            <w:r>
              <w:rPr>
                <w:sz w:val="20"/>
              </w:rPr>
            </w:r>
          </w:p>
        </w:tc>
        <w:tc>
          <w:tcPr>
            <w:tcW w:type="dxa" w:w="2353"/>
          </w:tcPr>
          <w:p>
            <w:r>
              <w:rPr>
                <w:sz w:val="20"/>
              </w:rPr>
            </w:r>
          </w:p>
        </w:tc>
        <w:tc>
          <w:tcPr>
            <w:tcW w:type="dxa" w:w="2353"/>
          </w:tcPr>
          <w:p>
            <w:r>
              <w:rPr>
                <w:sz w:val="20"/>
              </w:rPr>
            </w:r>
          </w:p>
        </w:tc>
        <w:tc>
          <w:tcPr>
            <w:tcW w:type="dxa" w:w="2353"/>
          </w:tcPr>
          <w:p>
            <w:r>
              <w:rPr>
                <w:sz w:val="20"/>
              </w:rPr>
            </w:r>
          </w:p>
        </w:tc>
      </w:tr>
      <w:tr>
        <w:tc>
          <w:tcPr>
            <w:tcW w:type="dxa" w:w="2353"/>
          </w:tcPr>
          <w:p>
            <w:r>
              <w:rPr>
                <w:sz w:val="20"/>
              </w:rPr>
            </w:r>
          </w:p>
        </w:tc>
        <w:tc>
          <w:tcPr>
            <w:tcW w:type="dxa" w:w="2353"/>
          </w:tcPr>
          <w:p>
            <w:r>
              <w:rPr>
                <w:sz w:val="20"/>
              </w:rPr>
            </w:r>
          </w:p>
        </w:tc>
        <w:tc>
          <w:tcPr>
            <w:tcW w:type="dxa" w:w="2353"/>
          </w:tcPr>
          <w:p>
            <w:r>
              <w:rPr>
                <w:sz w:val="20"/>
              </w:rPr>
            </w:r>
          </w:p>
        </w:tc>
        <w:tc>
          <w:tcPr>
            <w:tcW w:type="dxa" w:w="2353"/>
          </w:tcPr>
          <w:p>
            <w:r>
              <w:rPr>
                <w:sz w:val="20"/>
              </w:rPr>
            </w:r>
          </w:p>
        </w:tc>
      </w:tr>
    </w:tbl>
    <w:p/>
    <w:p>
      <w:pPr>
        <w:jc w:val="left"/>
      </w:pPr>
      <w:r>
        <w:t>*) se completează pentru fiecare perioadă de suspendare</w:t>
      </w:r>
    </w:p>
    <w:p>
      <w:pPr>
        <w:jc w:val="left"/>
      </w:pPr>
      <w:r>
        <w:t>**) în cazul suspendării pentru incapacitate temporară de muncă se va specifica numărul de zile de concediu medical.</w:t>
      </w:r>
    </w:p>
    <w:p>
      <w:pPr>
        <w:jc w:val="both"/>
      </w:pPr>
      <w:r>
        <w:t>Sub sancţiunile aplicate falsului în acte publice, declar că am examinat întreg conţinutul acestei adeverinţe şi în conformitate cu informaţiile furnizate, o declar corectă şi completă.</w:t>
      </w:r>
    </w:p>
    <w:p/>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Administrator/Director/Reprezentant legal</w:t>
            </w:r>
          </w:p>
        </w:tc>
        <w:tc>
          <w:tcPr>
            <w:tcW w:type="dxa" w:w="4706"/>
          </w:tcPr>
          <w:p>
            <w:pPr>
              <w:jc w:val="right"/>
            </w:pPr>
            <w:r>
              <w:t>Compartimentul ……………….</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Nume şi prenume, funcţia</w:t>
            </w:r>
          </w:p>
        </w:tc>
        <w:tc>
          <w:tcPr>
            <w:tcW w:type="dxa" w:w="4706"/>
          </w:tcPr>
          <w:p>
            <w:pPr>
              <w:jc w:val="right"/>
            </w:pPr>
            <w:r>
              <w:t>Nume şi prenume, funcţia</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(în clar)</w:t>
            </w:r>
          </w:p>
        </w:tc>
        <w:tc>
          <w:tcPr>
            <w:tcW w:type="dxa" w:w="4706"/>
          </w:tcPr>
          <w:p>
            <w:pPr>
              <w:jc w:val="right"/>
            </w:pPr>
            <w:r>
              <w:t>(în clar)</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tcPr>
          <w:p>
            <w:r>
              <w:t>–––––––––––––––––</w:t>
            </w:r>
          </w:p>
        </w:tc>
        <w:tc>
          <w:tcPr>
            <w:tcW w:type="dxa" w:w="4706"/>
          </w:tcPr>
          <w:p>
            <w:pPr>
              <w:jc w:val="right"/>
            </w:pPr>
            <w:r>
              <w:t>–––––––––––––</w:t>
            </w:r>
          </w:p>
        </w:tc>
      </w:tr>
    </w:tbl>
    <w:sectPr w:rsidR="00FC693F" w:rsidRPr="0006063C" w:rsidSect="00034616">
      <w:footerReference w:type="default" r:id="rId9"/>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i/>
        <w:sz w:val="16"/>
      </w:rPr>
      <w:t>Model gratuit de pe www.model-de.ro · verificați prevederile legale în vigoare înainte de utilizare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