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160"/>
        <w:jc w:val="center"/>
      </w:pPr>
      <w:r>
        <w:rPr>
          <w:b/>
          <w:sz w:val="26"/>
        </w:rPr>
        <w:t>ADEVERINȚĂ</w:t>
      </w:r>
    </w:p>
    <w:p>
      <w:pPr>
        <w:jc w:val="both"/>
      </w:pPr>
      <w:r>
        <w:t>Se adeverește prin prezenta că domnul/doamna [Nume Prenume], CNP […], a fost angajat(ă) la [Numele companiei], cu sediul în […], în baza contractului individual de muncă nr. […], înregistrat la ITM.</w:t>
      </w:r>
    </w:p>
    <w:p>
      <w:pPr>
        <w:jc w:val="left"/>
      </w:pPr>
      <w:r>
        <w:t>Perioada lucrată: de la [data] până la [data].</w:t>
      </w:r>
    </w:p>
    <w:p>
      <w:pPr>
        <w:jc w:val="left"/>
      </w:pPr>
      <w:r>
        <w:t>Funcția ocupată: [denumirea postului], cu normă de [întreagă/parțială].</w:t>
      </w:r>
    </w:p>
    <w:p>
      <w:pPr>
        <w:jc w:val="left"/>
      </w:pPr>
      <w:r>
        <w:t>Prezenta adeverință s-a eliberat spre a-i servi la nevoie.</w:t>
      </w:r>
    </w:p>
    <w:p/>
    <w:p/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706"/>
        <w:gridCol w:w="4706"/>
      </w:tblGrid>
      <w:tr>
        <w:tc>
          <w:tcPr>
            <w:tcW w:type="dxa" w:w="4706"/>
          </w:tcPr>
          <w:p>
            <w:r>
              <w:t>Data: ……………….</w:t>
            </w:r>
          </w:p>
        </w:tc>
        <w:tc>
          <w:tcPr>
            <w:tcW w:type="dxa" w:w="4706"/>
          </w:tcPr>
          <w:p>
            <w:pPr>
              <w:jc w:val="right"/>
            </w:pPr>
            <w:r>
              <w:t>Semnătura și ștampila angajatorului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  <w:sz w:val="16"/>
      </w:rPr>
      <w:t>Model gratuit de pe www.model-de.ro · verificați prevederile legale în vigoare înainte de utilizare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