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t>ROMANIA</w:t>
      </w:r>
    </w:p>
    <w:p>
      <w:pPr>
        <w:jc w:val="left"/>
      </w:pPr>
      <w:r>
        <w:t>Ministerul Apararii Nationale</w:t>
      </w:r>
    </w:p>
    <w:p>
      <w:pPr>
        <w:jc w:val="left"/>
      </w:pPr>
      <w:r>
        <w:t>Unitatea ………………..</w:t>
      </w:r>
    </w:p>
    <w:p>
      <w:pPr>
        <w:jc w:val="left"/>
      </w:pPr>
      <w:r>
        <w:t>Nr. ……. din ………….</w:t>
      </w:r>
    </w:p>
    <w:p/>
    <w:p>
      <w:pPr>
        <w:keepNext/>
        <w:spacing w:before="160"/>
        <w:jc w:val="center"/>
      </w:pPr>
      <w:r>
        <w:rPr>
          <w:b/>
          <w:sz w:val="26"/>
        </w:rPr>
        <w:t>ADEVERINTA</w:t>
      </w:r>
    </w:p>
    <w:p/>
    <w:p>
      <w:pPr>
        <w:jc w:val="both"/>
      </w:pPr>
      <w:r>
        <w:t>Prin prezenta adeverim veniturile brute/nete lunare individuale realizate de ………….. (numele, initiala tatalui, prenumele) …………., nascut(a) in ………….. la data de …………, CNP ……………., in perioada …………… 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>
              <w:rPr>
                <w:sz w:val="20"/>
              </w:rPr>
              <w:t>Perioada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Venit lunar individual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Observatii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353"/>
          </w:tcPr>
          <w:p>
            <w:r>
              <w:rPr>
                <w:sz w:val="20"/>
              </w:rPr>
              <w:t>ZZ.LL.AA.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ZZ.LL.AA.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</w:r>
          </w:p>
        </w:tc>
        <w:tc>
          <w:tcPr>
            <w:tcW w:type="dxa" w:w="2353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</w:tr>
      <w:tr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</w:tr>
      <w:tr>
        <w:tc>
          <w:tcPr>
            <w:tcW w:type="dxa" w:w="2353"/>
          </w:tcPr>
          <w:p>
            <w:r>
              <w:rPr>
                <w:sz w:val="20"/>
              </w:rPr>
              <w:t>Total venituri lunare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  <w:tc>
          <w:tcPr>
            <w:tcW w:type="dxa" w:w="2353"/>
          </w:tcPr>
          <w:p>
            <w:r>
              <w:rPr>
                <w:sz w:val="20"/>
              </w:rPr>
              <w:t>……………………………………</w:t>
            </w:r>
          </w:p>
        </w:tc>
      </w:tr>
    </w:tbl>
    <w:p/>
    <w:p/>
    <w:p>
      <w:pPr>
        <w:jc w:val="both"/>
      </w:pPr>
      <w:r>
        <w:t>Prezenta adeverinta a fost eliberata la cererea sus-numitului/sus-numitei, pe baza datelor cuprinse in arhiva aflata in pastrarea noastra, spre a-i servi la stabilirea/recalcularea pensiei.</w:t>
      </w:r>
    </w:p>
    <w:p/>
    <w:p>
      <w:pPr>
        <w:jc w:val="right"/>
      </w:pPr>
      <w:r>
        <w:t>Comandantul/Seful unitatii,</w:t>
      </w:r>
    </w:p>
    <w:p>
      <w:pPr>
        <w:jc w:val="right"/>
      </w:pPr>
      <w:r>
        <w:t>……………………………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