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60"/>
        <w:jc w:val="left"/>
      </w:pPr>
      <w:r>
        <w:rPr>
          <w:b/>
          <w:sz w:val="24"/>
        </w:rPr>
        <w:t>Angajament privind contributia proprie a solicitantului</w:t>
      </w:r>
    </w:p>
    <w:p/>
    <w:p>
      <w:pPr>
        <w:jc w:val="both"/>
      </w:pPr>
      <w:r>
        <w:t>Subsemnatul/a ……… , cu domiciliul in localitatea ………. , str. ……… nr. …. , bl. … , ap. … , sectorul/judetul ……….. , codul postal ……… , posesor/oare al/a actului de identitate seria ….. nr. ……. , codul numeric personal ………. , cu resedinta in ……., in calitate de reprezentant legal al ………………….</w:t>
      </w:r>
    </w:p>
    <w:p>
      <w:pPr>
        <w:jc w:val="both"/>
      </w:pPr>
      <w:r>
        <w:t>Ma oblig ca, in cazul in care proiectul ………. va fi desemnat castigator in cadrul sesiunii de finantare 2017, sa fac dovada contributiei financiare proprii, in cuantum de minimum 10% din valoarea totala a finantarii acordate, conform art. 4 pct. g) din Legea nr. 350/2005, cel tarziu odata cu transmiterea raportului final de evaluare si a decontului final de cheltuieli.</w:t>
      </w:r>
    </w:p>
    <w:p/>
    <w:p>
      <w:pPr>
        <w:jc w:val="left"/>
      </w:pPr>
      <w:r>
        <w:t>Data si Semnatura reprezentantului legal al solicitantului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>Model gratuit de pe www.model-de.ro · verificați prevederile legale în vigoare înainte de utilizare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