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ANGAJAMENT DE PLATA</w:t>
      </w:r>
    </w:p>
    <w:p/>
    <w:p>
      <w:pPr>
        <w:jc w:val="both"/>
      </w:pPr>
      <w:r>
        <w:t>Subsemnatul, ……………….., domiciliat in ………….., str. ……………. nr. ……, bl. …….., sc. ….., et. ……, ap. ……, judetul ………….., posesor al B.I./C.I. seria …… nr. ………, emis/emisa de …………………….. in anul ……, avand functia de …………….. la institutia …………………, luand cunostinta de faptul ca prin …………………. s-a constatat ca din vina mea am produs unitatii ……………….. o paguba de ………… lei, provenita din ………………………, imi iau angajamentul de a plati aceasta suma unitatii pagubite astfel: …………………..</w:t>
      </w:r>
    </w:p>
    <w:p>
      <w:pPr>
        <w:jc w:val="left"/>
      </w:pPr>
      <w:r>
        <w:t>Prezentul angajament de plata constituie titlu executoriu, fara indeplinirea vreunor formalitati sau trecerea vreunui termen.</w:t>
      </w:r>
    </w:p>
    <w:p>
      <w:pPr>
        <w:jc w:val="left"/>
      </w:pPr>
      <w:r>
        <w:t>Data: astazi ………………………, in deplina cunostinta de cauza.</w:t>
      </w:r>
    </w:p>
    <w:p/>
    <w:p>
      <w:pPr>
        <w:jc w:val="left"/>
      </w:pPr>
      <w:r>
        <w:t>Semnatura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Semnat in fata noastra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Calitatea …………………</w:t>
            </w:r>
          </w:p>
        </w:tc>
      </w:tr>
    </w:tbl>
    <w:p>
      <w:pPr>
        <w:jc w:val="left"/>
      </w:pPr>
      <w:r>
        <w:t>Semnatura …………………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