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PENTRU AMÂNAREA RATELOR LA BANCĂ</w:t>
      </w:r>
    </w:p>
    <w:p/>
    <w:p>
      <w:pPr>
        <w:jc w:val="left"/>
      </w:pPr>
      <w:r>
        <w:t>Către: [Numele băncii]</w:t>
      </w:r>
    </w:p>
    <w:p>
      <w:pPr>
        <w:jc w:val="left"/>
      </w:pPr>
      <w:r>
        <w:t>Departamentul Credite</w:t>
      </w:r>
    </w:p>
    <w:p/>
    <w:p>
      <w:pPr>
        <w:jc w:val="both"/>
      </w:pPr>
      <w:r>
        <w:t>Subsemnatul(a), [Nume și prenume], CNP ............, domiciliat(ă) în [Adresă completă], posesor al contului de credit nr. ........, vă adresez respectuos cererea de amânare a ratelor pentru creditul menționat mai sus.</w:t>
      </w:r>
    </w:p>
    <w:p>
      <w:pPr>
        <w:jc w:val="left"/>
      </w:pPr>
      <w:r>
        <w:t>Motivul solicitării este [descrie motivul, ex: pierderea locului de muncă, probleme medicale, scădere venituri].</w:t>
      </w:r>
    </w:p>
    <w:p>
      <w:pPr>
        <w:jc w:val="left"/>
      </w:pPr>
      <w:r>
        <w:t>Solicit amânarea plății ratelor pentru perioada [data de început] – [data de sfârșit].</w:t>
      </w:r>
    </w:p>
    <w:p>
      <w:pPr>
        <w:jc w:val="left"/>
      </w:pPr>
      <w:r>
        <w:t>Vă rog să analizați cererea și să îmi comunicați decizia dumneavoastră.</w:t>
      </w:r>
    </w:p>
    <w:p>
      <w:pPr>
        <w:jc w:val="left"/>
      </w:pPr>
      <w:r>
        <w:t>Vă mulțumesc anticipat pentru înțelegere.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Data: [ZZ/LL/AAAA]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Semnătura: 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