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t>Către: Instituția Avocatul Poporului</w:t>
      </w:r>
    </w:p>
    <w:p>
      <w:pPr>
        <w:jc w:val="left"/>
      </w:pPr>
      <w:r>
        <w:t>Str. George Vraca nr. 8, București, sector 1</w:t>
      </w:r>
    </w:p>
    <w:p>
      <w:pPr>
        <w:jc w:val="left"/>
      </w:pPr>
      <w:r>
        <w:t>Email: petitii@avp.ro</w:t>
      </w:r>
    </w:p>
    <w:p/>
    <w:p>
      <w:pPr>
        <w:jc w:val="left"/>
      </w:pPr>
      <w:r>
        <w:t>Subsemnatul(a) [Nume și prenume], domiciliat(ă) în [Adresa completă], CNP ............, telefon ........, email ........., formulez prezenta:</w:t>
      </w:r>
    </w:p>
    <w:p>
      <w:pPr>
        <w:keepNext/>
        <w:spacing w:before="160"/>
        <w:jc w:val="center"/>
      </w:pPr>
      <w:r>
        <w:rPr>
          <w:b/>
          <w:sz w:val="26"/>
        </w:rPr>
        <w:t>CERERE / PETIȚIE</w:t>
      </w:r>
    </w:p>
    <w:p>
      <w:pPr>
        <w:jc w:val="left"/>
      </w:pPr>
      <w:r>
        <w:t>Împotriva instituției: [Numele instituției publice]</w:t>
      </w:r>
    </w:p>
    <w:p>
      <w:pPr>
        <w:jc w:val="left"/>
      </w:pPr>
      <w:r>
        <w:t>Motivul cererii:</w:t>
      </w:r>
    </w:p>
    <w:p>
      <w:pPr>
        <w:jc w:val="left"/>
      </w:pPr>
      <w:r>
        <w:t>În fapt, la data de [data], instituția menționată a dispus/efectuat următoarea acțiune/decizie: [descrierea detaliată a problemei].</w:t>
      </w:r>
    </w:p>
    <w:p>
      <w:pPr>
        <w:jc w:val="left"/>
      </w:pPr>
      <w:r>
        <w:t>Consider că acest act/decizie reprezintă o încălcare a drepturilor mele, respectiv: [dreptul încălcat].</w:t>
      </w:r>
    </w:p>
    <w:p>
      <w:pPr>
        <w:jc w:val="left"/>
      </w:pPr>
      <w:r>
        <w:t>Solicit respectuos intervenția Avocatului Poporului pentru analizarea situației și dispunerea măsurilor legale necesare.</w:t>
      </w:r>
    </w:p>
    <w:p>
      <w:pPr>
        <w:jc w:val="left"/>
      </w:pPr>
      <w:r>
        <w:t>Anexez următoarele documente în copie:</w:t>
      </w:r>
    </w:p>
    <w:p>
      <w:pPr>
        <w:ind w:left="454"/>
      </w:pPr>
      <w:r>
        <w:t>- [listă documente]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Data: [ZZ/LL/AAAA]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Semnătura: .......................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