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BURSĂ SOCIALĂ</w:t>
      </w:r>
    </w:p>
    <w:p/>
    <w:p>
      <w:pPr>
        <w:jc w:val="left"/>
      </w:pPr>
      <w:r>
        <w:t>Către: [Denumirea unității de învățământ]</w:t>
      </w:r>
    </w:p>
    <w:p/>
    <w:p>
      <w:pPr>
        <w:jc w:val="both"/>
      </w:pPr>
      <w:r>
        <w:t>Subsemnatul(a) [Numele și prenumele elevului/studentului], elev(ă) în clasa [__] / student(ă) în anul [__], la [numele instituției de învățământ], domiciliat(ă) în [adresa completă], CNP [________],</w:t>
      </w:r>
    </w:p>
    <w:p>
      <w:pPr>
        <w:jc w:val="left"/>
      </w:pPr>
      <w:r>
        <w:t>vă rog să-mi aprobați acordarea bursei sociale pentru anul școlar/universitar [_____], în conformitate cu legislația în vigoare.</w:t>
      </w:r>
    </w:p>
    <w:p>
      <w:pPr>
        <w:jc w:val="both"/>
      </w:pPr>
      <w:r>
        <w:t>Solicit acordarea bursei sociale întrucât provin dintr-o familie cu venituri reduse / sunt orfan(ă) de unul sau ambii părinți / mă aflu într-o situație specială (se va bifa varianta corespunzătoare).</w:t>
      </w:r>
    </w:p>
    <w:p>
      <w:pPr>
        <w:jc w:val="left"/>
      </w:pPr>
      <w:r>
        <w:t>Anexez următoarele documente justificative:</w:t>
      </w:r>
    </w:p>
    <w:p>
      <w:pPr>
        <w:ind w:left="454" w:hanging="283"/>
      </w:pPr>
      <w:r>
        <w:t>– Copii după actele de identitate / certificat de naștere;</w:t>
      </w:r>
    </w:p>
    <w:p>
      <w:pPr>
        <w:ind w:left="454" w:hanging="283"/>
      </w:pPr>
      <w:r>
        <w:t>– Adeverințe de venit pentru fiecare membru al familiei;</w:t>
      </w:r>
    </w:p>
    <w:p>
      <w:pPr>
        <w:ind w:left="454" w:hanging="283"/>
      </w:pPr>
      <w:r>
        <w:t>– Alte documente care dovedesc situația specială (după caz).</w:t>
      </w:r>
    </w:p>
    <w:p>
      <w:pPr>
        <w:jc w:val="left"/>
      </w:pPr>
      <w:r>
        <w:t>Vă mulțumesc anticipat pentru sprijinul acordat.</w:t>
      </w:r>
    </w:p>
    <w:p/>
    <w:p>
      <w:pPr>
        <w:jc w:val="left"/>
      </w:pPr>
      <w:r>
        <w:t>Data: ____ / ____ / ______</w:t>
      </w:r>
    </w:p>
    <w:p>
      <w:pPr>
        <w:jc w:val="left"/>
      </w:pPr>
      <w:r>
        <w:t>Semnătura: ____________________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