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6"/>
        </w:rPr>
        <w:t>CERERE CĂTRE DIRECTOR</w:t>
      </w:r>
    </w:p>
    <w:p/>
    <w:p>
      <w:pPr>
        <w:jc w:val="left"/>
      </w:pPr>
      <w:r>
        <w:t>Către: Domnul/Doamna Director [Numele instituției]</w:t>
      </w:r>
    </w:p>
    <w:p/>
    <w:p>
      <w:pPr>
        <w:jc w:val="both"/>
      </w:pPr>
      <w:r>
        <w:t>Subsemnatul(a) [Numele și prenumele], elev(ă) în clasa [__] / angajat(ă) al [denumirea instituției], vă adresez prezenta cerere prin care solicit [descrie pe scurt obiectul cererii – de exemplu: aprobarea unei absențe motivate / eliberarea unei adeverințe / schimbarea grupei / rezolvarea unei situații personale].</w:t>
      </w:r>
    </w:p>
    <w:p>
      <w:pPr>
        <w:jc w:val="left"/>
      </w:pPr>
      <w:r>
        <w:t>Motivez această solicitare prin faptul că [explică succint situația concretă – ex: probleme medicale, motive familiale, program de examen etc.].</w:t>
      </w:r>
    </w:p>
    <w:p>
      <w:pPr>
        <w:jc w:val="left"/>
      </w:pPr>
      <w:r>
        <w:t>Vă rog să analizați favorabil cererea mea și să-mi comunicați decizia în cel mai scurt timp posibil.</w:t>
      </w:r>
    </w:p>
    <w:p>
      <w:pPr>
        <w:jc w:val="left"/>
      </w:pPr>
      <w:r>
        <w:t>Vă mulțumesc pentru înțelegere.</w:t>
      </w:r>
    </w:p>
    <w:p/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Data: ____ / ____ / ______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t>Semnătura: 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