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60"/>
        <w:jc w:val="center"/>
      </w:pPr>
      <w:r>
        <w:rPr>
          <w:b/>
          <w:sz w:val="26"/>
        </w:rPr>
        <w:t>CERERE</w:t>
      </w:r>
    </w:p>
    <w:p>
      <w:pPr>
        <w:jc w:val="center"/>
      </w:pPr>
      <w:r>
        <w:t>de echivalare a stagiului de pregătire practică și a instruirii teoretice</w:t>
      </w:r>
    </w:p>
    <w:p/>
    <w:p>
      <w:pPr>
        <w:jc w:val="both"/>
      </w:pPr>
      <w:r>
        <w:t>Subsemnatul/Subsemnata, ........................................., cu domiciliul în țara .............................., localitatea ..........................., str. ..................... nr. ..., bl. ..., sc. ..., et. ..., ap. ..., CNP ........................................., solicit echivalarea stagiului de pregătire practică în activitatea de audit financiar și de asigurare a raportării privind durabilitatea, după caz, și a instruirii teoretice, după caz, în conformitate cu Legea nr. 162/2017 și Ordinul nr. 392/2025.</w:t>
      </w:r>
    </w:p>
    <w:p>
      <w:pPr>
        <w:jc w:val="left"/>
      </w:pPr>
      <w:r>
        <w:t>Declar că:</w:t>
      </w:r>
    </w:p>
    <w:p>
      <w:pPr>
        <w:jc w:val="left"/>
      </w:pPr>
      <w:r>
        <w:t>[ ] am fost angajat(ă) timp de 15 ani în domeniul financiar/contabil/juridic;</w:t>
      </w:r>
    </w:p>
    <w:p>
      <w:pPr>
        <w:jc w:val="left"/>
      </w:pPr>
      <w:r>
        <w:t>[ ] am fost angajat(ă) timp de 3 ani în audit financiar (8 luni în raportarea privind durabilitatea);</w:t>
      </w:r>
    </w:p>
    <w:p>
      <w:pPr>
        <w:jc w:val="left"/>
      </w:pPr>
      <w:r>
        <w:t>[ ] am calitatea de conducător de doctorat în finanțe/contabilitate cel puțin 5 ani.</w:t>
      </w:r>
    </w:p>
    <w:p>
      <w:pPr>
        <w:jc w:val="left"/>
      </w:pPr>
      <w:r>
        <w:t>Anexez documentele justificative prevăzute de norme.</w:t>
      </w:r>
    </w:p>
    <w:p/>
    <w:p>
      <w:pPr>
        <w:jc w:val="left"/>
      </w:pPr>
      <w:r>
        <w:t>Date de contact:</w:t>
      </w:r>
    </w:p>
    <w:p>
      <w:pPr>
        <w:jc w:val="left"/>
      </w:pPr>
      <w:r>
        <w:t>Email: ..................................</w:t>
      </w:r>
    </w:p>
    <w:p>
      <w:pPr>
        <w:jc w:val="left"/>
      </w:pPr>
      <w:r>
        <w:t>Telefon: ............................</w:t>
      </w:r>
    </w:p>
    <w:p>
      <w:pPr>
        <w:jc w:val="left"/>
      </w:pPr>
      <w:r>
        <w:t>Adresă corespondență: localitatea ....................., str. ................ nr. ...., bl. ...., sc. ...., et. ...., ap. ...., sector/județ ..................</w:t>
      </w:r>
    </w:p>
    <w:p/>
    <w:p>
      <w:pPr>
        <w:jc w:val="both"/>
      </w:pPr>
      <w:r>
        <w:t>Subsemnatul/Subsemnata, ..............................................., declar sub sancțiunile art. 322, 323 și 326 Cod penal că informațiile sunt corecte și complete și accept prelucrarea datelor de ASPAAS.</w:t>
      </w:r>
    </w:p>
    <w:p/>
    <w:p/>
    <w:tbl>
      <w:tblPr>
        <w:tblW w:type="auto" w:w="0"/>
        <w:tblLook w:firstColumn="1" w:firstRow="1" w:lastColumn="0" w:lastRow="0" w:noHBand="0" w:noVBand="1" w:val="04A0"/>
        <w:tblBorders>
          <w:top w:val="nil"/>
          <w:left w:val="nil"/>
          <w:bottom w:val="nil"/>
          <w:right w:val="nil"/>
          <w:insideH w:val="nil"/>
          <w:insideV w:val="nil"/>
        </w:tblBorders>
      </w:tblPr>
      <w:tblGrid>
        <w:gridCol w:w="4706"/>
        <w:gridCol w:w="4706"/>
      </w:tblGrid>
      <w:tr>
        <w:tc>
          <w:tcPr>
            <w:tcW w:type="dxa" w:w="4706"/>
          </w:tcPr>
          <w:p>
            <w:r>
              <w:t>Semnătură: ......................</w:t>
            </w:r>
          </w:p>
        </w:tc>
        <w:tc>
          <w:tcPr>
            <w:tcW w:type="dxa" w:w="4706"/>
          </w:tcPr>
          <w:p>
            <w:pPr>
              <w:jc w:val="right"/>
            </w:pPr>
            <w:r>
              <w:t>Data: ..............</w:t>
            </w:r>
          </w:p>
        </w:tc>
      </w:tr>
    </w:tbl>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6"/>
      </w:rPr>
      <w:t>Model gratuit de pe www.model-de.ro · verificați prevederile legale în vigoare înainte de utilizare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