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CERERE DE INSCRIERE LA SCOALA IN CLASA 1</w:t>
      </w:r>
    </w:p>
    <w:p/>
    <w:p>
      <w:pPr>
        <w:jc w:val="left"/>
      </w:pPr>
      <w:r>
        <w:t>Domnul director,</w:t>
      </w:r>
    </w:p>
    <w:p/>
    <w:p>
      <w:pPr>
        <w:jc w:val="both"/>
      </w:pPr>
      <w:r>
        <w:t>Subsemnatul______, domiciliat in________, posesor al Ci seria____nr ______in calitate de ________ ( parinte/tutore ) va rog sa aprobati inscrierea la cursurile scolii _____________( denumirea scolii ) in anul scolar _______ a copilului ________ ( nume, prenume copil ).</w:t>
      </w:r>
    </w:p>
    <w:p>
      <w:pPr>
        <w:jc w:val="left"/>
      </w:pPr>
      <w:r>
        <w:t>Anexez la prezenta cerere:</w:t>
      </w:r>
    </w:p>
    <w:p>
      <w:pPr>
        <w:ind w:left="454"/>
      </w:pPr>
      <w:r>
        <w:t>– copie certificat de nastere copil ;</w:t>
      </w:r>
    </w:p>
    <w:p>
      <w:pPr>
        <w:ind w:left="454"/>
      </w:pPr>
      <w:r>
        <w:t>– copie Buletin /Carte de identitate părinti si copie dupa certificat de casatorie al parintilor ;</w:t>
      </w:r>
    </w:p>
    <w:p>
      <w:pPr>
        <w:ind w:left="454"/>
      </w:pPr>
      <w:r>
        <w:t>– fisa medicală de la medicul de familie (adeverintă de vaccinări)</w:t>
      </w:r>
    </w:p>
    <w:p/>
    <w:p>
      <w:pPr>
        <w:jc w:val="left"/>
      </w:pPr>
      <w:r>
        <w:t>Va multumesc / Cu stima ( formula de politete )</w:t>
      </w:r>
    </w:p>
    <w:p/>
    <w:p>
      <w:pPr>
        <w:jc w:val="left"/>
      </w:pPr>
      <w:r>
        <w:t>Nume, prenume</w:t>
      </w:r>
    </w:p>
    <w:p>
      <w:pPr>
        <w:jc w:val="left"/>
      </w:pPr>
      <w:r>
        <w:t>Semnatura</w:t>
      </w:r>
    </w:p>
    <w:p/>
    <w:p>
      <w:pPr>
        <w:jc w:val="left"/>
      </w:pPr>
      <w:r>
        <w:t>Domnului director al scolii _________________________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