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CERERE PENTRU MOTIVAREA ABSENTELOR</w:t>
      </w:r>
    </w:p>
    <w:p/>
    <w:p>
      <w:pPr>
        <w:jc w:val="left"/>
      </w:pPr>
      <w:r>
        <w:t>Domnule director / diriginte / profesor / rector (alege):</w:t>
      </w:r>
    </w:p>
    <w:p/>
    <w:p>
      <w:pPr>
        <w:jc w:val="both"/>
      </w:pPr>
      <w:r>
        <w:t>Subsemnatul „..........................”, elev / student / cursant al institutiei de invatamant ............ clasa / grupa / sectia / va rog respectuos a-mi aproba motivarea absentelor / absentei din data ............ deoarece ............ (scrie motivul absentei).</w:t>
      </w:r>
    </w:p>
    <w:p>
      <w:pPr>
        <w:jc w:val="left"/>
      </w:pPr>
      <w:r>
        <w:t>In dovedirea celor sustinute anexez ............ (anexeaza un document relevant, daca ai ?)</w:t>
      </w:r>
    </w:p>
    <w:p/>
    <w:p>
      <w:pPr>
        <w:jc w:val="left"/>
      </w:pPr>
      <w:r>
        <w:t>Cu stima</w:t>
      </w:r>
    </w:p>
    <w:p>
      <w:pPr>
        <w:jc w:val="left"/>
      </w:pPr>
      <w:r>
        <w:t>Nume prenume</w:t>
      </w:r>
    </w:p>
    <w:p>
      <w:pPr>
        <w:jc w:val="left"/>
      </w:pPr>
      <w:r>
        <w:t>semnatura absentului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