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t>Nr. ……… din ……</w:t>
      </w:r>
    </w:p>
    <w:p/>
    <w:p>
      <w:pPr>
        <w:keepNext/>
        <w:spacing w:before="160"/>
        <w:jc w:val="left"/>
      </w:pPr>
      <w:r>
        <w:rPr>
          <w:b/>
          <w:sz w:val="24"/>
        </w:rPr>
        <w:t>Cerere privind acordarea pensiei pentru limita de varsta/pensiei anticipate/pensiei anticipate partiale</w:t>
      </w:r>
    </w:p>
    <w:p/>
    <w:p>
      <w:pPr>
        <w:jc w:val="left"/>
      </w:pPr>
      <w:r>
        <w:t>Catre Casa Teritoriala/Sectoriala de Pensii ……….</w:t>
      </w:r>
    </w:p>
    <w:p/>
    <w:p>
      <w:pPr>
        <w:jc w:val="both"/>
      </w:pPr>
      <w:r>
        <w:t>Subsemnatul (a) …………., avand codul numeric personal ………… domiciliat(a) in localitatea ………., str. ………. nr. ……, bl. …., sc. …., et. …., ap. …, judetul ……, posesor/posesoare al(a) actului de identitate seria …. nr. ……, eliberat de …….. la data de …….., nascut(a) la data de …… in localitatea/judetul ……., fiul (fiica) lui ……… si al(a) …….., solicit inscrierea la pensie pentru limita de varsta/pensie anticipata/pensie anticipata partiala.</w:t>
      </w:r>
    </w:p>
    <w:p>
      <w:pPr>
        <w:jc w:val="left"/>
      </w:pPr>
      <w:r>
        <w:t>In acest scop depun urmatoarele:</w:t>
      </w:r>
    </w:p>
    <w:p>
      <w:pPr>
        <w:ind w:left="454" w:hanging="283"/>
      </w:pPr>
      <w:r>
        <w:t>– carnet de munca seria ………. nr. ……, in original si copie;</w:t>
      </w:r>
    </w:p>
    <w:p>
      <w:pPr>
        <w:ind w:left="454" w:hanging="283"/>
      </w:pPr>
      <w:r>
        <w:t>– carnet de asigurari sociale seria ……. nr. ….., in original si copie;</w:t>
      </w:r>
    </w:p>
    <w:p>
      <w:pPr>
        <w:ind w:left="454" w:hanging="283"/>
      </w:pPr>
      <w:r>
        <w:t>– livret militar seria …….. nr. …….., in copie;</w:t>
      </w:r>
    </w:p>
    <w:p>
      <w:pPr>
        <w:ind w:left="454" w:hanging="283"/>
      </w:pPr>
      <w:r>
        <w:t>– buletin/carte de identitate seria …….. nr. ……., in copie;</w:t>
      </w:r>
    </w:p>
    <w:p>
      <w:pPr>
        <w:ind w:left="454" w:hanging="283"/>
      </w:pPr>
      <w:r>
        <w:t>– certificat de nastere si/sau certificate de casatorie seria ……… nr. …….., in copie;</w:t>
      </w:r>
    </w:p>
    <w:p>
      <w:pPr>
        <w:ind w:left="454" w:hanging="283"/>
      </w:pPr>
      <w:r>
        <w:t>– diploma de studii si foaia matricola, in copii, sau adeverinta de certificare a perioadelor de studii invatamant superior nr. …….. din …….;</w:t>
      </w:r>
    </w:p>
    <w:p>
      <w:pPr>
        <w:ind w:left="454" w:hanging="283"/>
      </w:pPr>
      <w:r>
        <w:t>– adeverinta privind sporurile la salariu …………;</w:t>
      </w:r>
    </w:p>
    <w:p>
      <w:pPr>
        <w:ind w:left="454" w:hanging="283"/>
      </w:pPr>
      <w:r>
        <w:t>– adeverinta privind grupa superioara/conditii de munca ………;</w:t>
      </w:r>
    </w:p>
    <w:p>
      <w:pPr>
        <w:ind w:left="454" w:hanging="283"/>
      </w:pPr>
      <w:r>
        <w:t>– alte acte pentru dovedirea perioadelor de activitate si a veniturilor realizate ……. .</w:t>
      </w:r>
    </w:p>
    <w:p>
      <w:pPr>
        <w:jc w:val="left"/>
      </w:pPr>
      <w:r>
        <w:t>Declar pe propria raspundere, sub sanctiunile prevazute de Codul penal pentru declaratii false, ca:</w:t>
      </w:r>
    </w:p>
    <w:p>
      <w:pPr>
        <w:ind w:left="454" w:hanging="283"/>
      </w:pPr>
      <w:r>
        <w:t>– sunt/nu sunt asigurat(a);</w:t>
      </w:r>
    </w:p>
    <w:p>
      <w:pPr>
        <w:ind w:left="454" w:hanging="283"/>
      </w:pPr>
      <w:r>
        <w:t>– primesc/nu primesc o alta pensie sau ajutor social – dosar nr. ……..;</w:t>
      </w:r>
    </w:p>
    <w:p>
      <w:pPr>
        <w:ind w:left="454" w:hanging="283"/>
      </w:pPr>
      <w:r>
        <w:t>– primesc/nu primesc pensie din alt sistem de pensii integrat sistemului public de pensii – dosar nr. ……..;</w:t>
      </w:r>
    </w:p>
    <w:p>
      <w:pPr>
        <w:ind w:left="454" w:hanging="283"/>
      </w:pPr>
      <w:r>
        <w:t>– primesc/nu primesc pensie din alt sistem de pensii neintegrat sistemului public de pensii – dosar nr. ……;</w:t>
      </w:r>
    </w:p>
    <w:p>
      <w:pPr>
        <w:ind w:left="454" w:hanging="283"/>
      </w:pPr>
      <w:r>
        <w:t>– primesc/nu primesc indemnizatie – dosar nr. ……..;</w:t>
      </w:r>
    </w:p>
    <w:p>
      <w:pPr>
        <w:ind w:left="454" w:hanging="283"/>
      </w:pPr>
      <w:r>
        <w:t>– primesc/nu primesc indemnizatie de somaj;</w:t>
      </w:r>
    </w:p>
    <w:p>
      <w:pPr>
        <w:ind w:left="454" w:hanging="283"/>
      </w:pPr>
      <w:r>
        <w:t>– primesc/nu primesc indemnizatie acordata persoanelor cu handicap.</w:t>
      </w:r>
    </w:p>
    <w:p>
      <w:pPr>
        <w:jc w:val="left"/>
      </w:pPr>
      <w:r>
        <w:t>Ma oblig a anunta, in termen de 15 zile, casei teritoriale/sectoriale de pensii orice schimbare ce va surveni in cele declarate mai sus.</w:t>
      </w:r>
    </w:p>
    <w:p>
      <w:pPr>
        <w:jc w:val="left"/>
      </w:pPr>
      <w:r>
        <w:t>In cazul in care nu imi voi respecta declaratia asumata prin prezenta cerere, ma oblig sa restitui integral sumele incasate nelegal, suportand rigorile legii.</w:t>
      </w:r>
    </w:p>
    <w:p>
      <w:pPr>
        <w:jc w:val="left"/>
      </w:pPr>
      <w:r>
        <w:t>Am completat si am citit cu atentie continutul declaratiei de mai sus, dupa care am semnat.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Data …………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Semnatura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