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 PENTRU RECALCULAREA PENSIILOR MILITARE CONFORM ORDIN M101/2010</w:t>
      </w:r>
    </w:p>
    <w:p/>
    <w:p>
      <w:pPr>
        <w:jc w:val="both"/>
      </w:pPr>
      <w:r>
        <w:t>Subsemnatul/Subsemnata, ……………………..(gradul avut la data trecerii in rezerva, numele, initiala tatalui si prenumele)………….., nascut(a) la data de …………, domiciliat(a) in …………………… adresa completa)………., telefon de contact ………….., pensionar militar titular/urmas, in vederea aplicarii prevederilor Legii nr. 119/2010 privind stabilirea unor masuri in domeniul pensiilor, mentionez urmatoarele:</w:t>
      </w:r>
    </w:p>
    <w:p>
      <w:pPr>
        <w:ind w:left="454"/>
      </w:pPr>
      <w:r>
        <w:t>– numarul deciziei de pensie: ……………..(Se vor trece numarul deciziei/data emiterii si numarul dosarului de pensie inscris pe talonul de pensie.)…………………;</w:t>
      </w:r>
    </w:p>
    <w:p>
      <w:pPr>
        <w:ind w:left="454"/>
      </w:pPr>
      <w:r>
        <w:t>– cod numeric personal ……………………………………………….;</w:t>
      </w:r>
    </w:p>
    <w:p>
      <w:pPr>
        <w:ind w:left="454"/>
      </w:pPr>
      <w:r>
        <w:t>– am fost trecut(a) in rezerva/am incetat activitatea la data de …………………, din unitatea militara nr ……………., localitatea ………………………………… .</w:t>
      </w:r>
    </w:p>
    <w:p/>
    <w:p>
      <w:pPr>
        <w:jc w:val="left"/>
      </w:pPr>
      <w:r>
        <w:t>Anexez in original/fotocopie urmatoarele documente:</w:t>
      </w:r>
    </w:p>
    <w:p>
      <w:pPr>
        <w:ind w:left="454"/>
      </w:pPr>
      <w:r>
        <w:t>1. ………………………………………………………………..;</w:t>
      </w:r>
    </w:p>
    <w:p>
      <w:pPr>
        <w:ind w:left="454"/>
      </w:pPr>
      <w:r>
        <w:t>2. ………………………………………………………………..;</w:t>
      </w:r>
    </w:p>
    <w:p>
      <w:pPr>
        <w:ind w:left="454"/>
      </w:pPr>
      <w:r>
        <w:t>3. ………………………………………………………………. 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Semnatura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………..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………………</w:t>
            </w:r>
          </w:p>
        </w:tc>
      </w:tr>
    </w:tbl>
    <w:p/>
    <w:p>
      <w:pPr>
        <w:jc w:val="both"/>
      </w:pPr>
      <w:r>
        <w:t>NOTA: Se vor anexa o copie a mandatului (talonului) de plata a pensiei si o copie a cartii/buletinului de identitate. Se completeaza obligatoriu toate datele. Pentru persoanele care si-au schimbat numele dupa data pensionarii/incetarii activitatii se va inscrie si numele avut la data pensionarii.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