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CONTRACT CESIUNE DREPTURI DE AUTOR</w:t>
      </w:r>
    </w:p>
    <w:p/>
    <w:p>
      <w:pPr>
        <w:keepNext/>
        <w:spacing w:before="160"/>
        <w:jc w:val="center"/>
      </w:pPr>
      <w:r>
        <w:rPr>
          <w:b/>
          <w:sz w:val="26"/>
        </w:rPr>
        <w:t>1.PARTI</w:t>
      </w:r>
    </w:p>
    <w:p>
      <w:pPr>
        <w:jc w:val="left"/>
      </w:pPr>
      <w:r>
        <w:t>Art.1</w:t>
      </w:r>
    </w:p>
    <w:p>
      <w:pPr>
        <w:jc w:val="both"/>
      </w:pPr>
      <w:r>
        <w:t>Subsemnatul(a)…………, cu domiciliul in localitatea …………, jud. …………………………………………, identificat cu B.I. seria…, nr.., eliberat de Politia …, la data de ………………, in calitate de cedent.</w:t>
      </w:r>
    </w:p>
    <w:p>
      <w:pPr>
        <w:jc w:val="both"/>
      </w:pPr>
      <w:r>
        <w:t>Societatea comerciala……, cu sediul in ……………. , inregistrata la Registrul Comertului ……………. , cod fiscal nr. ….., cont curent nr. ….. deschis la Banca ……………………., reprezentata prin ………….., in calitate de cesionar.</w:t>
      </w:r>
    </w:p>
    <w:p>
      <w:pPr>
        <w:keepNext/>
        <w:spacing w:before="160"/>
        <w:jc w:val="center"/>
      </w:pPr>
      <w:r>
        <w:rPr>
          <w:b/>
          <w:sz w:val="26"/>
        </w:rPr>
        <w:t>2.SEDIUL MATERIEI</w:t>
      </w:r>
    </w:p>
    <w:p>
      <w:pPr>
        <w:jc w:val="left"/>
      </w:pPr>
      <w:r>
        <w:t>Art.2</w:t>
      </w:r>
    </w:p>
    <w:p>
      <w:pPr>
        <w:jc w:val="left"/>
      </w:pPr>
      <w:r>
        <w:t>Prezentul contract se incheie in baza Legii nr.8/1996, privind drepturile de autor si drepturile conexe.</w:t>
      </w:r>
    </w:p>
    <w:p>
      <w:pPr>
        <w:keepNext/>
        <w:spacing w:before="160"/>
        <w:jc w:val="center"/>
      </w:pPr>
      <w:r>
        <w:rPr>
          <w:b/>
          <w:sz w:val="26"/>
        </w:rPr>
        <w:t>3.OBIECTUL CONTRACTULUI</w:t>
      </w:r>
    </w:p>
    <w:p>
      <w:pPr>
        <w:jc w:val="left"/>
      </w:pPr>
      <w:r>
        <w:t>Art.3</w:t>
      </w:r>
    </w:p>
    <w:p>
      <w:pPr>
        <w:jc w:val="left"/>
      </w:pPr>
      <w:r>
        <w:t>Cesiunea exclusiva / neexclusiva, de catre autor a urmatoarelor drepturi privind opera………………………………………………:</w:t>
      </w:r>
    </w:p>
    <w:p>
      <w:pPr>
        <w:ind w:left="454"/>
      </w:pPr>
      <w:r>
        <w:t>– reproducerea integrala sau partiala a operei;</w:t>
      </w:r>
    </w:p>
    <w:p>
      <w:pPr>
        <w:ind w:left="454"/>
      </w:pPr>
      <w:r>
        <w:t>– difuzarea operei;</w:t>
      </w:r>
    </w:p>
    <w:p>
      <w:pPr>
        <w:ind w:left="454"/>
      </w:pPr>
      <w:r>
        <w:t>– importul in vederea comercializarii pe teritoriul Romaniei a copiilor de pe opera;</w:t>
      </w:r>
    </w:p>
    <w:p>
      <w:pPr>
        <w:ind w:left="454"/>
      </w:pPr>
      <w:r>
        <w:t>– reprezentarea scenica, recitarea sau orice alta modalitate publica de executie sau prezentare directa a operei;</w:t>
      </w:r>
    </w:p>
    <w:p>
      <w:pPr>
        <w:ind w:left="454"/>
      </w:pPr>
      <w:r>
        <w:t>– expunerea publica a operelor (de arta plastica, de arta aplicata, fotografice si de arhitectura);</w:t>
      </w:r>
    </w:p>
    <w:p>
      <w:pPr>
        <w:ind w:left="454"/>
      </w:pPr>
      <w:r>
        <w:t>– proiectia publica a operelor (cinematografice si alte opere audiovizuale);</w:t>
      </w:r>
    </w:p>
    <w:p>
      <w:pPr>
        <w:ind w:left="454"/>
      </w:pPr>
      <w:r>
        <w:t>– emiterea unei opere prin orice mijloace ce serveote la propagarea fara fir a semnelor, sunetelor, imaginilor, inclusiv prin satelit;</w:t>
      </w:r>
    </w:p>
    <w:p>
      <w:pPr>
        <w:ind w:left="454"/>
      </w:pPr>
      <w:r>
        <w:t>– transmiterea operei catre public prin fir, cablu, fibra optica sau alte procedee;</w:t>
      </w:r>
    </w:p>
    <w:p>
      <w:pPr>
        <w:ind w:left="454"/>
      </w:pPr>
      <w:r>
        <w:t>– comunicarea publica prin intermediul inregistrarilor audio-video;</w:t>
      </w:r>
    </w:p>
    <w:p>
      <w:pPr>
        <w:ind w:left="454"/>
      </w:pPr>
      <w:r>
        <w:t>– prezentarea, intr-un loc public, prin intermediul oricaror mijloace a unei opere radiodifuzate sau televizate;</w:t>
      </w:r>
    </w:p>
    <w:p>
      <w:pPr>
        <w:ind w:left="454"/>
      </w:pPr>
      <w:r>
        <w:t>– accesul public la bazele de date pe calculator (in cazul in care aceste baze de date contin sau constituie opere protejate);</w:t>
      </w:r>
    </w:p>
    <w:p>
      <w:pPr>
        <w:keepNext/>
        <w:spacing w:before="160"/>
        <w:jc w:val="center"/>
      </w:pPr>
      <w:r>
        <w:rPr>
          <w:b/>
          <w:sz w:val="26"/>
        </w:rPr>
        <w:t>4.REMUNERATIA AUTORULUI</w:t>
      </w:r>
    </w:p>
    <w:p>
      <w:pPr>
        <w:jc w:val="left"/>
      </w:pPr>
      <w:r>
        <w:t>Art.4</w:t>
      </w:r>
    </w:p>
    <w:p>
      <w:pPr>
        <w:jc w:val="left"/>
      </w:pPr>
      <w:r>
        <w:t>Cesionarul va plati autorului o remuneratie in valoare de ………… lei/lunar/anual (sau ….% din totalul incasarilor provenite din exploatarea operei).</w:t>
      </w:r>
    </w:p>
    <w:p>
      <w:pPr>
        <w:keepNext/>
        <w:spacing w:before="160"/>
        <w:jc w:val="center"/>
      </w:pPr>
      <w:r>
        <w:rPr>
          <w:b/>
          <w:sz w:val="26"/>
        </w:rPr>
        <w:t>5.MODALITATI DE EXPLOATARE</w:t>
      </w:r>
    </w:p>
    <w:p>
      <w:pPr>
        <w:jc w:val="left"/>
      </w:pPr>
      <w:r>
        <w:t>Art.5</w:t>
      </w:r>
    </w:p>
    <w:p>
      <w:pPr>
        <w:jc w:val="left"/>
      </w:pPr>
      <w:r>
        <w:t>Cesionarul va realiza un numar de …. copii/emisiuni/reprezentari scenice/expuneri publice etc.</w:t>
      </w:r>
    </w:p>
    <w:p>
      <w:pPr>
        <w:keepNext/>
        <w:spacing w:before="160"/>
        <w:jc w:val="center"/>
      </w:pPr>
      <w:r>
        <w:rPr>
          <w:b/>
          <w:sz w:val="26"/>
        </w:rPr>
        <w:t>6.DURATA SI INTINDEREA CESIUNII</w:t>
      </w:r>
    </w:p>
    <w:p>
      <w:pPr>
        <w:jc w:val="left"/>
      </w:pPr>
      <w:r>
        <w:t>Art.6</w:t>
      </w:r>
    </w:p>
    <w:p>
      <w:pPr>
        <w:jc w:val="left"/>
      </w:pPr>
      <w:r>
        <w:t>Autorul cedeaza drepturile sus mentionate pana la data de ………………</w:t>
      </w:r>
    </w:p>
    <w:p>
      <w:pPr>
        <w:jc w:val="left"/>
      </w:pPr>
      <w:r>
        <w:t>Art.7</w:t>
      </w:r>
    </w:p>
    <w:p>
      <w:pPr>
        <w:jc w:val="left"/>
      </w:pPr>
      <w:r>
        <w:t>Drepturile ce fac obiectul prezentului contract pot fi exercitate de catre cesionar numai pe teritoriul Romaniei.</w:t>
      </w:r>
    </w:p>
    <w:p>
      <w:pPr>
        <w:keepNext/>
        <w:spacing w:before="160"/>
        <w:jc w:val="center"/>
      </w:pPr>
      <w:r>
        <w:rPr>
          <w:b/>
          <w:sz w:val="26"/>
        </w:rPr>
        <w:t>7.CONTINUTUL CONTRACTULUI</w:t>
      </w:r>
    </w:p>
    <w:p>
      <w:pPr>
        <w:jc w:val="left"/>
      </w:pPr>
      <w:r>
        <w:t>Art.8</w:t>
      </w:r>
    </w:p>
    <w:p>
      <w:pPr>
        <w:jc w:val="left"/>
      </w:pPr>
      <w:r>
        <w:t>Drepturile autorului (cedentului) sunt:</w:t>
      </w:r>
    </w:p>
    <w:p>
      <w:pPr>
        <w:ind w:left="454"/>
      </w:pPr>
      <w:r>
        <w:t>– sa decida sub ce nume va fi adusa opera la cunootinta publicului;</w:t>
      </w:r>
    </w:p>
    <w:p>
      <w:pPr>
        <w:ind w:left="454"/>
      </w:pPr>
      <w:r>
        <w:t>– sa pretinda respectarea integritatii operei si sa se opuna oricarei modificari sau atingeri aduse operei, daca prejudiciaza onoarea sau reputatia sa;</w:t>
      </w:r>
    </w:p>
    <w:p>
      <w:pPr>
        <w:ind w:left="454"/>
      </w:pPr>
      <w:r>
        <w:t>– sa retracteze opera oricand, despagubind daca e cazul pe cesionar;</w:t>
      </w:r>
    </w:p>
    <w:p>
      <w:pPr>
        <w:ind w:left="454"/>
      </w:pPr>
      <w:r>
        <w:t>– sa autorizeze traducerea, public;area in culegeri, adaptarea precum si orice alta transformare a operei sale prin care se obtine o opera derivata;</w:t>
      </w:r>
    </w:p>
    <w:p>
      <w:pPr>
        <w:ind w:left="454"/>
      </w:pPr>
      <w:r>
        <w:t>– sa primeasca integral si la termenele stabilite prin prezentul contract remuneratia;</w:t>
      </w:r>
    </w:p>
    <w:p>
      <w:pPr>
        <w:jc w:val="left"/>
      </w:pPr>
      <w:r>
        <w:t>Art.9</w:t>
      </w:r>
    </w:p>
    <w:p>
      <w:pPr>
        <w:jc w:val="left"/>
      </w:pPr>
      <w:r>
        <w:t>Obligatiile autorului</w:t>
      </w:r>
    </w:p>
    <w:p>
      <w:pPr>
        <w:ind w:left="454"/>
      </w:pPr>
      <w:r>
        <w:t>– sa predea cesionarului originalul operei la data de ………</w:t>
      </w:r>
    </w:p>
    <w:p>
      <w:pPr>
        <w:ind w:left="454"/>
      </w:pPr>
      <w:r>
        <w:t>– sa nu cedeze altor persoane drepturile ce fac obiectul prezentului contract;</w:t>
      </w:r>
    </w:p>
    <w:p>
      <w:pPr>
        <w:jc w:val="left"/>
      </w:pPr>
      <w:r>
        <w:t>Art.10</w:t>
      </w:r>
    </w:p>
    <w:p>
      <w:pPr>
        <w:jc w:val="left"/>
      </w:pPr>
      <w:r>
        <w:t>Obligatiile cesionarului</w:t>
      </w:r>
    </w:p>
    <w:p>
      <w:pPr>
        <w:ind w:left="454"/>
      </w:pPr>
      <w:r>
        <w:t>– sa plateasca autorului remuneratia stabilita la termenele convenite prin prezentul contract;</w:t>
      </w:r>
    </w:p>
    <w:p>
      <w:pPr>
        <w:ind w:left="454"/>
      </w:pPr>
      <w:r>
        <w:t>– sa nu cedeze drepturile dobandite unor terte persoane</w:t>
      </w:r>
    </w:p>
    <w:p>
      <w:pPr>
        <w:ind w:left="454"/>
      </w:pPr>
      <w:r>
        <w:t>– sa nu realizeze un numar mai mare de reproduceri /emisiuni /expuneri publice etc., decat cel stabilit la art.5 din prezentul contract;</w:t>
      </w:r>
    </w:p>
    <w:p>
      <w:pPr>
        <w:ind w:left="454"/>
      </w:pPr>
      <w:r>
        <w:t>– sa permita autorului, pe parcursul derularii contractului, sa aduca imbunatatiri sau orice alte modificari operei;</w:t>
      </w:r>
    </w:p>
    <w:p>
      <w:pPr>
        <w:ind w:left="454"/>
      </w:pPr>
      <w:r>
        <w:t>– sa exploateze drepturile cedate pana la termenul stabilit in contract;</w:t>
      </w:r>
    </w:p>
    <w:p>
      <w:pPr>
        <w:ind w:left="454"/>
      </w:pPr>
      <w:r>
        <w:t>– sa remita autorului originalul operei la data de …;</w:t>
      </w:r>
    </w:p>
    <w:p>
      <w:pPr>
        <w:keepNext/>
        <w:spacing w:before="160"/>
        <w:jc w:val="center"/>
      </w:pPr>
      <w:r>
        <w:rPr>
          <w:b/>
          <w:sz w:val="26"/>
        </w:rPr>
        <w:t>8.RASPUNDEREA CONTRACTUALA</w:t>
      </w:r>
    </w:p>
    <w:p>
      <w:pPr>
        <w:jc w:val="left"/>
      </w:pPr>
      <w:r>
        <w:t>Art.11</w:t>
      </w:r>
    </w:p>
    <w:p>
      <w:pPr>
        <w:jc w:val="left"/>
      </w:pPr>
      <w:r>
        <w:t>In cazul in care cesionarul plateste cu intarziere remuneratia convenita, datoreaza suma de ………… lei/zi, cu titlul de penalitati de intarziere.</w:t>
      </w:r>
    </w:p>
    <w:p>
      <w:pPr>
        <w:jc w:val="left"/>
      </w:pPr>
      <w:r>
        <w:t>Art.12</w:t>
      </w:r>
    </w:p>
    <w:p>
      <w:pPr>
        <w:jc w:val="both"/>
      </w:pPr>
      <w:r>
        <w:t>In cazul in care o parte nu-si executa obligatiile asumate, va datora suma de.. lei, cu titlu de daune-interese, iar cealalta parte poate considera contractul desfiintat, dar numai dupa punerea in intarziere a debitorului in formele prevazute de lege.</w:t>
      </w:r>
    </w:p>
    <w:p>
      <w:pPr>
        <w:keepNext/>
        <w:spacing w:before="160"/>
        <w:jc w:val="center"/>
      </w:pPr>
      <w:r>
        <w:rPr>
          <w:b/>
          <w:sz w:val="26"/>
        </w:rPr>
        <w:t>9.FORTA MAJORA</w:t>
      </w:r>
    </w:p>
    <w:p>
      <w:pPr>
        <w:jc w:val="left"/>
      </w:pPr>
      <w:r>
        <w:t>Art.13</w:t>
      </w:r>
    </w:p>
    <w:p>
      <w:pPr>
        <w:jc w:val="left"/>
      </w:pPr>
      <w:r>
        <w:t>Forta majora exonereaza partile de raspundere in cazul executarii necorespunzatoare sau cu intarziere a obligatiilor asumate prin prezentul contract.</w:t>
      </w:r>
    </w:p>
    <w:p>
      <w:pPr>
        <w:jc w:val="both"/>
      </w:pPr>
      <w:r>
        <w:t>Prin forta majora se intelege un eveniment independent de vointa partilor, imprevizibil si insurmontabil, aparut dupa incheierea contractului si care impiedica partile sa-si execute obligatiile asumate.</w:t>
      </w:r>
    </w:p>
    <w:p>
      <w:pPr>
        <w:keepNext/>
        <w:spacing w:before="160"/>
        <w:jc w:val="center"/>
      </w:pPr>
      <w:r>
        <w:rPr>
          <w:b/>
          <w:sz w:val="26"/>
        </w:rPr>
        <w:t>10.SOLUTIONAREA LITIGIILOR</w:t>
      </w:r>
    </w:p>
    <w:p>
      <w:pPr>
        <w:jc w:val="left"/>
      </w:pPr>
      <w:r>
        <w:t>Art.14</w:t>
      </w:r>
    </w:p>
    <w:p>
      <w:pPr>
        <w:jc w:val="both"/>
      </w:pPr>
      <w:r>
        <w:t>Orice litigiu decurgand din sau in legatura cu acest contract, inclusiv referitor la validitatea, interpretarea, executarea ori desfiintarea prezentului contract se va solutiona de catre instantele judecatoresti competente.</w:t>
      </w:r>
    </w:p>
    <w:p>
      <w:pPr>
        <w:jc w:val="left"/>
      </w:pPr>
      <w:r>
        <w:t>Prezentul contract s-a incheiat la data de ……………, in … exemplare, cate …. pentru fiecare parte semnatara.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Autor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Cesionar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