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60"/>
        <w:jc w:val="center"/>
      </w:pPr>
      <w:r>
        <w:rPr>
          <w:b/>
          <w:sz w:val="26"/>
        </w:rPr>
        <w:t>CONTRACT INDIVIDUAL DE MUNCĂ</w:t>
      </w:r>
    </w:p>
    <w:p>
      <w:pPr>
        <w:jc w:val="center"/>
      </w:pPr>
      <w:r>
        <w:t>încheiat şi înregistrat sub nr._______/_____________ în registrul general de evidenţă a salariaţilor.</w:t>
      </w:r>
    </w:p>
    <w:p/>
    <w:p>
      <w:pPr>
        <w:keepNext/>
        <w:spacing w:before="160"/>
        <w:jc w:val="left"/>
      </w:pPr>
      <w:r>
        <w:rPr>
          <w:b/>
          <w:sz w:val="24"/>
        </w:rPr>
        <w:t>A. Părţile contractului</w:t>
      </w:r>
    </w:p>
    <w:p>
      <w:pPr>
        <w:jc w:val="both"/>
      </w:pPr>
      <w:r>
        <w:t>Angajator – Societatea Comerciala _____________________ ,cu sediul în ______________, str.__________________, nr.____ cod fiscal __________, telefon __________________, reprezentată legal prin ______________________, în calitate de _______________________,</w:t>
      </w:r>
    </w:p>
    <w:p>
      <w:pPr>
        <w:jc w:val="left"/>
      </w:pPr>
      <w:r>
        <w:t>si</w:t>
      </w:r>
    </w:p>
    <w:p>
      <w:pPr>
        <w:jc w:val="both"/>
      </w:pPr>
      <w:r>
        <w:t>salariatul/salariata – domnul/doamna_____________________________ domiciliat/domiciliată în localitatea_______________________________, str.________________________ nr._____, bl._______sc___, et.___ap___ judeţul________________, posesor/posesoare al/a buletinului/ cărţii de identitate/paşaportului seria ______ nr_____________ eliberat /eliberată de__________________________, la data de__________ , CNP________________________, permis de muncă seria_______ nr________________, din data de_____________________ am încheiat prezentul contract individual de muncă în următoarele condiţii asupra cărora am convenit:</w:t>
      </w:r>
    </w:p>
    <w:p>
      <w:pPr>
        <w:keepNext/>
        <w:spacing w:before="160"/>
        <w:jc w:val="left"/>
      </w:pPr>
      <w:r>
        <w:rPr>
          <w:b/>
          <w:sz w:val="24"/>
        </w:rPr>
        <w:t>B. Obiectul contractului</w:t>
      </w:r>
    </w:p>
    <w:p>
      <w:pPr>
        <w:jc w:val="left"/>
      </w:pPr>
      <w:r>
        <w:t>____________________________________________________________________________________________________________________________</w:t>
      </w:r>
    </w:p>
    <w:p>
      <w:pPr>
        <w:keepNext/>
        <w:spacing w:before="160"/>
        <w:jc w:val="left"/>
      </w:pPr>
      <w:r>
        <w:rPr>
          <w:b/>
          <w:sz w:val="24"/>
        </w:rPr>
        <w:t>C. Durata contractului:</w:t>
      </w:r>
    </w:p>
    <w:p>
      <w:pPr>
        <w:jc w:val="left"/>
      </w:pPr>
      <w:r>
        <w:t>a). nedeterminată, salariatul/salariata_____________________________ urmând să înceapă activitatea la data de ______________________</w:t>
      </w:r>
    </w:p>
    <w:p>
      <w:pPr>
        <w:jc w:val="both"/>
      </w:pPr>
      <w:r>
        <w:t>b). determinată , de …………..luni , pe perioada cuprinsa intre data de ………………..si data de ………….. / pe perioada suspendarii contractului individual de munca al titularului de post / conform art. ______ – din Codul Muncii.</w:t>
      </w:r>
    </w:p>
    <w:p>
      <w:pPr>
        <w:keepNext/>
        <w:spacing w:before="160"/>
        <w:jc w:val="left"/>
      </w:pPr>
      <w:r>
        <w:rPr>
          <w:b/>
          <w:sz w:val="24"/>
        </w:rPr>
        <w:t>D. Locul de muncă</w:t>
      </w:r>
    </w:p>
    <w:p>
      <w:pPr>
        <w:ind w:left="454"/>
      </w:pPr>
      <w:r>
        <w:t>1. Activitatea se desfăşoară la _________________________________</w:t>
      </w:r>
    </w:p>
    <w:p>
      <w:pPr>
        <w:ind w:left="454"/>
      </w:pPr>
      <w:r>
        <w:t>2. În lipsa unui loc de muncă fix salariatul va desfăşura activitatea astfel: ________________________________________________________ ______________________________________________________</w:t>
      </w:r>
    </w:p>
    <w:p>
      <w:pPr>
        <w:keepNext/>
        <w:spacing w:before="160"/>
        <w:jc w:val="left"/>
      </w:pPr>
      <w:r>
        <w:rPr>
          <w:b/>
          <w:sz w:val="24"/>
        </w:rPr>
        <w:t>E. Felul muncii</w:t>
      </w:r>
    </w:p>
    <w:p>
      <w:pPr>
        <w:jc w:val="left"/>
      </w:pPr>
      <w:r>
        <w:t>Funcţia/meseria conform Clasificării Ocupaţiilor din România ______________________________________________________________</w:t>
      </w:r>
    </w:p>
    <w:p>
      <w:pPr>
        <w:keepNext/>
        <w:spacing w:before="160"/>
        <w:jc w:val="left"/>
      </w:pPr>
      <w:r>
        <w:rPr>
          <w:b/>
          <w:sz w:val="24"/>
        </w:rPr>
        <w:t>F. Atribuţiile postului</w:t>
      </w:r>
    </w:p>
    <w:p>
      <w:pPr>
        <w:jc w:val="left"/>
      </w:pPr>
      <w:r>
        <w:t>Atribuţiile postului sunt prevăzute în fişa postului, anexă la contractul individual de muncă.</w:t>
      </w:r>
    </w:p>
    <w:p>
      <w:pPr>
        <w:keepNext/>
        <w:spacing w:before="160"/>
        <w:jc w:val="left"/>
      </w:pPr>
      <w:r>
        <w:rPr>
          <w:b/>
          <w:sz w:val="24"/>
        </w:rPr>
        <w:t>G. Condiţii de muncă</w:t>
      </w:r>
    </w:p>
    <w:p>
      <w:pPr>
        <w:ind w:left="454"/>
      </w:pPr>
      <w:r>
        <w:t>1. Activitatea se desfăşoară în conformitate cu prevederile Legii nr.31/1991.</w:t>
      </w:r>
    </w:p>
    <w:p>
      <w:pPr>
        <w:ind w:left="454"/>
      </w:pPr>
      <w:r>
        <w:t>2. Activitatea prestată se desfăşoară în condiţii normale de munca, potrivit Legii nr.263/2010 privind sistemul public de pensii şi alte drepturi de asigurări sociale, cu modificările şi completările ulterioare.</w:t>
      </w:r>
    </w:p>
    <w:p>
      <w:pPr>
        <w:keepNext/>
        <w:spacing w:before="160"/>
        <w:jc w:val="left"/>
      </w:pPr>
      <w:r>
        <w:rPr>
          <w:b/>
          <w:sz w:val="24"/>
        </w:rPr>
        <w:t>H. Durata muncii</w:t>
      </w:r>
    </w:p>
    <w:p>
      <w:pPr>
        <w:ind w:left="454"/>
      </w:pPr>
      <w:r>
        <w:t>1. O normă întreagă, durata timpului de lucru fiind de __ ore/zi, 30 / 40 ore/săptămână.</w:t>
      </w:r>
    </w:p>
    <w:p>
      <w:pPr>
        <w:ind w:left="454"/>
      </w:pPr>
      <w:r>
        <w:t>a. Repartizarea programului de lucru se face după cum urmează:(ore zi / ore noapte / inegal) ___________________</w:t>
      </w:r>
    </w:p>
    <w:p>
      <w:pPr>
        <w:ind w:left="454"/>
      </w:pPr>
      <w:r>
        <w:t>b. Programul de lucru se poate modifica în condiţiile regulamentului intern .</w:t>
      </w:r>
    </w:p>
    <w:p>
      <w:pPr>
        <w:ind w:left="454"/>
      </w:pPr>
      <w:r>
        <w:t>2. O fractiune de norma de _____ ore/zi(cel putin 2 ore/zi) ____ ore pe saptamana.</w:t>
      </w:r>
    </w:p>
    <w:p>
      <w:pPr>
        <w:ind w:left="454"/>
      </w:pPr>
      <w:r>
        <w:t>a. Repartizarea programului de lucru se face după cum urmează: (ore zi / ore noapte / inegal) ___________________</w:t>
      </w:r>
    </w:p>
    <w:p>
      <w:pPr>
        <w:ind w:left="454"/>
      </w:pPr>
      <w:r>
        <w:t>b. Programul de lucru se poate modifica în condiţiile regulamentului intern .</w:t>
      </w:r>
    </w:p>
    <w:p>
      <w:pPr>
        <w:ind w:left="454"/>
      </w:pPr>
      <w:r>
        <w:t>c. Nu se vor efectua ore suplimentare, cu exceptia cazurilor de forta majora sau pentru alte lucrari urgente destinate prevenirii producerii unor accidente sau inlaturarii consecintelor acestora.</w:t>
      </w:r>
    </w:p>
    <w:p>
      <w:pPr>
        <w:keepNext/>
        <w:spacing w:before="160"/>
        <w:jc w:val="left"/>
      </w:pPr>
      <w:r>
        <w:rPr>
          <w:b/>
          <w:sz w:val="24"/>
        </w:rPr>
        <w:t>I. Concediul</w:t>
      </w:r>
    </w:p>
    <w:p>
      <w:pPr>
        <w:jc w:val="left"/>
      </w:pPr>
      <w:r>
        <w:t>Durata concediului anual de odihnă este de ______ zile lucrătoare, în raport cu durata muncii (normă întreagă, fractiune de norma).</w:t>
      </w:r>
    </w:p>
    <w:p>
      <w:pPr>
        <w:jc w:val="left"/>
      </w:pPr>
      <w:r>
        <w:t>De asemenea, beneficiază de un concediu suplimentar de _____ zile.</w:t>
      </w:r>
    </w:p>
    <w:p>
      <w:pPr>
        <w:keepNext/>
        <w:spacing w:before="160"/>
        <w:jc w:val="left"/>
      </w:pPr>
      <w:r>
        <w:rPr>
          <w:b/>
          <w:sz w:val="24"/>
        </w:rPr>
        <w:t>J. Salarizare</w:t>
      </w:r>
    </w:p>
    <w:p>
      <w:pPr>
        <w:ind w:left="454"/>
      </w:pPr>
      <w:r>
        <w:t>1. Salariul de bază lunar brut: _________________ lei</w:t>
      </w:r>
    </w:p>
    <w:p>
      <w:pPr>
        <w:ind w:left="454"/>
      </w:pPr>
      <w:r>
        <w:t>2. Alte elemente constitutive:</w:t>
      </w:r>
    </w:p>
    <w:p>
      <w:pPr>
        <w:ind w:left="454"/>
      </w:pPr>
      <w:r>
        <w:t>a. sporuri ______________ ;</w:t>
      </w:r>
    </w:p>
    <w:p>
      <w:pPr>
        <w:ind w:left="454"/>
      </w:pPr>
      <w:r>
        <w:t>b. indemnizaţii ______________ ;</w:t>
      </w:r>
    </w:p>
    <w:p>
      <w:pPr>
        <w:ind w:left="454"/>
      </w:pPr>
      <w:r>
        <w:t>c. alte adaosuri ______________ ;</w:t>
      </w:r>
    </w:p>
    <w:p>
      <w:pPr>
        <w:ind w:left="454"/>
      </w:pPr>
      <w:r>
        <w:t>3. Orele suplimentare prestate în afara programului normal de lucru sau în zilele în care nu se lucrează ori în zilele de sărbători legale se compensează cu ore libere plătite sau se plătesc cu un spor la salariu, conform contractului colectiv de munca aplicabil sau Legii nr.53/2003 – Codul Muncii , modificata si completata ulterior.</w:t>
      </w:r>
    </w:p>
    <w:p>
      <w:pPr>
        <w:ind w:left="454"/>
      </w:pPr>
      <w:r>
        <w:t>4. Data/datele la care se plăteste salariul este : ___ si ___ ale fiecarei luni .</w:t>
      </w:r>
    </w:p>
    <w:p>
      <w:pPr>
        <w:keepNext/>
        <w:spacing w:before="160"/>
        <w:jc w:val="left"/>
      </w:pPr>
      <w:r>
        <w:rPr>
          <w:b/>
          <w:sz w:val="24"/>
        </w:rPr>
        <w:t>K. Drepturi şi obligaţii ale părţilor privind securitatea şi sănătatea în muncă:</w:t>
      </w:r>
    </w:p>
    <w:p>
      <w:pPr>
        <w:ind w:left="454"/>
      </w:pPr>
      <w:r>
        <w:t>a. echipament individual de protecţie______________________________</w:t>
      </w:r>
    </w:p>
    <w:p>
      <w:pPr>
        <w:ind w:left="454"/>
      </w:pPr>
      <w:r>
        <w:t>b. echipament individual de lucru ________________________________</w:t>
      </w:r>
    </w:p>
    <w:p>
      <w:pPr>
        <w:ind w:left="454"/>
      </w:pPr>
      <w:r>
        <w:t>c. materiale igienico-sanitare ____________________________________</w:t>
      </w:r>
    </w:p>
    <w:p>
      <w:pPr>
        <w:ind w:left="454"/>
      </w:pPr>
      <w:r>
        <w:t>d. alimentaţie de protecţie _______________________________________</w:t>
      </w:r>
    </w:p>
    <w:p>
      <w:pPr>
        <w:ind w:left="454"/>
      </w:pPr>
      <w:r>
        <w:t>e. alte drepturi şi obligaţii privind sănătatea şi securitatea în muncă ______________________________________________________________</w:t>
      </w:r>
    </w:p>
    <w:p>
      <w:pPr>
        <w:keepNext/>
        <w:spacing w:before="160"/>
        <w:jc w:val="left"/>
      </w:pPr>
      <w:r>
        <w:rPr>
          <w:b/>
          <w:sz w:val="24"/>
        </w:rPr>
        <w:t>L. Alte clauze</w:t>
      </w:r>
    </w:p>
    <w:p>
      <w:pPr>
        <w:ind w:left="454"/>
      </w:pPr>
      <w:r>
        <w:t>a. perioada de probă este de 5 /15 / 30 / 45 / 90 / 120 zile lucratoare .</w:t>
      </w:r>
    </w:p>
    <w:p>
      <w:pPr>
        <w:ind w:left="454"/>
      </w:pPr>
      <w:r>
        <w:t>b. perioada de preaviz în cazul concedierii este de _20_ zile lucrătoare, conform Legii nr.53/2003 – Codul Muncii modificata si completata ulterior;</w:t>
      </w:r>
    </w:p>
    <w:p>
      <w:pPr>
        <w:ind w:left="454"/>
      </w:pPr>
      <w:r>
        <w:t>c. perioada de preaviz în cazul demisiei este de _20_/ _45_ zile lucratoare, conform Legii nr.53/2003 – Codul Muncii modificata si completata ulterior;</w:t>
      </w:r>
    </w:p>
    <w:p>
      <w:pPr>
        <w:ind w:left="454"/>
      </w:pPr>
      <w:r>
        <w:t>d. în cazul în care salariatul urmează să-şi desfăşoare activitatea în străinătate, informaţiile prevăzute la art.18 alin.(1) din legea nr.53/2003 – Codul Muncii se vor regăsi şi în Contractul Individual de Muncă;</w:t>
      </w:r>
    </w:p>
    <w:p>
      <w:pPr>
        <w:ind w:left="454"/>
      </w:pPr>
      <w:r>
        <w:t>e. alte clauze ________________________________________________ _____________________________________________________</w:t>
      </w:r>
    </w:p>
    <w:p>
      <w:pPr>
        <w:keepNext/>
        <w:spacing w:before="160"/>
        <w:jc w:val="left"/>
      </w:pPr>
      <w:r>
        <w:rPr>
          <w:b/>
          <w:sz w:val="24"/>
        </w:rPr>
        <w:t>M. Drepturi şi obligaţii generale ale părţilor</w:t>
      </w:r>
    </w:p>
    <w:p>
      <w:pPr>
        <w:jc w:val="left"/>
      </w:pPr>
      <w:r>
        <w:t>1. Salariatul are în principal, următoarele drepturi:</w:t>
      </w:r>
    </w:p>
    <w:p>
      <w:pPr>
        <w:ind w:left="454"/>
      </w:pPr>
      <w:r>
        <w:t>a. dreptul la salarizare in raport cu natura , competenta si importanta activitatii desfasurate ;</w:t>
      </w:r>
    </w:p>
    <w:p>
      <w:pPr>
        <w:ind w:left="454"/>
      </w:pPr>
      <w:r>
        <w:t>b. dreptul la repaus zilnic şi săptămânal;</w:t>
      </w:r>
    </w:p>
    <w:p>
      <w:pPr>
        <w:ind w:left="454"/>
      </w:pPr>
      <w:r>
        <w:t>c. dreptul la concediu de odihnă anual , concedii medicale si alte concedii ;</w:t>
      </w:r>
    </w:p>
    <w:p>
      <w:pPr>
        <w:ind w:left="454"/>
      </w:pPr>
      <w:r>
        <w:t>d. dreptul la egalitate de şanse şi de tratament;</w:t>
      </w:r>
    </w:p>
    <w:p>
      <w:pPr>
        <w:ind w:left="454"/>
      </w:pPr>
      <w:r>
        <w:t>e. dreptul la securitate şi sănătate în muncă;</w:t>
      </w:r>
    </w:p>
    <w:p>
      <w:pPr>
        <w:ind w:left="454"/>
      </w:pPr>
      <w:r>
        <w:t>f. dreptul la formare profesională.</w:t>
      </w:r>
    </w:p>
    <w:p>
      <w:pPr>
        <w:ind w:left="454"/>
      </w:pPr>
      <w:r>
        <w:t>g. dreptul la demnitate in munca.</w:t>
      </w:r>
    </w:p>
    <w:p>
      <w:pPr>
        <w:ind w:left="454"/>
      </w:pPr>
      <w:r>
        <w:t>h. dreptul la negociere individuala si colectiva.</w:t>
      </w:r>
    </w:p>
    <w:p>
      <w:pPr>
        <w:ind w:left="454"/>
      </w:pPr>
      <w:r>
        <w:t>i. dreptul la informare si consultare.</w:t>
      </w:r>
    </w:p>
    <w:p>
      <w:pPr>
        <w:ind w:left="454"/>
      </w:pPr>
      <w:r>
        <w:t>j. dreptul de a participa la actiuni colective.</w:t>
      </w:r>
    </w:p>
    <w:p>
      <w:pPr>
        <w:ind w:left="454"/>
      </w:pPr>
      <w:r>
        <w:t>k. dreptul de a constitui sau adera la un sindicat.</w:t>
      </w:r>
    </w:p>
    <w:p>
      <w:pPr>
        <w:ind w:left="454"/>
      </w:pPr>
      <w:r>
        <w:t>l. alte drepturi prevazute de lege sau de contractele de munca aplicabile.</w:t>
      </w:r>
    </w:p>
    <w:p>
      <w:pPr>
        <w:jc w:val="left"/>
      </w:pPr>
      <w:r>
        <w:t>2. Salariatului îi revin, în principal, următoarele obligaţii:</w:t>
      </w:r>
    </w:p>
    <w:p>
      <w:pPr>
        <w:ind w:left="454"/>
      </w:pPr>
      <w:r>
        <w:t>a. obligaţia de a realiza norma de muncă sau, după caz, de a îndeplini atribuţiile ce îi revin conform fişei postului;</w:t>
      </w:r>
    </w:p>
    <w:p>
      <w:pPr>
        <w:ind w:left="454"/>
      </w:pPr>
      <w:r>
        <w:t>b. obligaţia de a respecta diciplina muncii;</w:t>
      </w:r>
    </w:p>
    <w:p>
      <w:pPr>
        <w:ind w:left="454"/>
      </w:pPr>
      <w:r>
        <w:t>c. obligaţia de fidelitate faţă de angajator în executarea atribuţiilor de serviciu;</w:t>
      </w:r>
    </w:p>
    <w:p>
      <w:pPr>
        <w:ind w:left="454"/>
      </w:pPr>
      <w:r>
        <w:t>d. obligaţia de a respecta măsurile de securitate şi sănătate a muncii în societate;</w:t>
      </w:r>
    </w:p>
    <w:p>
      <w:pPr>
        <w:ind w:left="454"/>
      </w:pPr>
      <w:r>
        <w:t>e. obligaţia de a respecta secretul de serviciu.</w:t>
      </w:r>
    </w:p>
    <w:p>
      <w:pPr>
        <w:ind w:left="454"/>
      </w:pPr>
      <w:r>
        <w:t>f. obligaţia de a respecta prevederile cuprinse in regulamentul intern, in contractul colectiv de munca aplicabil precum si in contractul individual de munca.</w:t>
      </w:r>
    </w:p>
    <w:p>
      <w:pPr>
        <w:ind w:left="454"/>
      </w:pPr>
      <w:r>
        <w:t>g. alte obligatii prevazute de lege sau de contractele de munca aplicabile.</w:t>
      </w:r>
    </w:p>
    <w:p>
      <w:pPr>
        <w:jc w:val="left"/>
      </w:pPr>
      <w:r>
        <w:t>3. Angajatorul are, în principal, următoarele drepturi:</w:t>
      </w:r>
    </w:p>
    <w:p>
      <w:pPr>
        <w:ind w:left="454"/>
      </w:pPr>
      <w:r>
        <w:t>a. sa stabileasca organizarea si functionarea societatii;</w:t>
      </w:r>
    </w:p>
    <w:p>
      <w:pPr>
        <w:ind w:left="454"/>
      </w:pPr>
      <w:r>
        <w:t>b. să dea dispoziţii cu caracter obligatoriu pentru salariat, sub rezerva legalităţii lor;</w:t>
      </w:r>
    </w:p>
    <w:p>
      <w:pPr>
        <w:ind w:left="454"/>
      </w:pPr>
      <w:r>
        <w:t>c. sa stabileasca atributiile corespunzatoare pentru fiecare salariat in conditiile legii;</w:t>
      </w:r>
    </w:p>
    <w:p>
      <w:pPr>
        <w:ind w:left="454"/>
      </w:pPr>
      <w:r>
        <w:t>d. să exercite controlul asupra modului de îndeplinire a sarcinilor de serviciu;</w:t>
      </w:r>
    </w:p>
    <w:p>
      <w:pPr>
        <w:ind w:left="454"/>
      </w:pPr>
      <w:r>
        <w:t>e. să constate săvârşirea abaterilor disciplinare şi să aplice sancţiunile corespunzătoare, potrivit legii, contractului colectiv de munca aplicabil şi regulamentului intern.</w:t>
      </w:r>
    </w:p>
    <w:p>
      <w:pPr>
        <w:ind w:left="454"/>
      </w:pPr>
      <w:r>
        <w:t>f. sa stabileasca obiectivele de performanta individuala precum si criteriile de evaluare a realizarii acestora.</w:t>
      </w:r>
    </w:p>
    <w:p>
      <w:pPr>
        <w:jc w:val="left"/>
      </w:pPr>
      <w:r>
        <w:t>4. Angajatorului îi revin, în principal, următoarele obligaţii:</w:t>
      </w:r>
    </w:p>
    <w:p>
      <w:pPr>
        <w:ind w:left="454"/>
      </w:pPr>
      <w:r>
        <w:t>a. să acorde salariatului toate drepturile ce decurg din contractele individuale de muncă, din contractul colectiv de munca aplicabil şi din lege;</w:t>
      </w:r>
    </w:p>
    <w:p>
      <w:pPr>
        <w:ind w:left="454"/>
      </w:pPr>
      <w:r>
        <w:t>b. să asigure permanent condiţiile tehnice şi organizatorice avute în vedere la elaborarea normelor de muncă şi condiţiile corespunzătoare de muncă;</w:t>
      </w:r>
    </w:p>
    <w:p>
      <w:pPr>
        <w:ind w:left="454"/>
      </w:pPr>
      <w:r>
        <w:t>c. să informeze salariatul asupra condiţiilor de muncă şi asupra elementelor care privesc desfăşurarea relaţiilor de muncă;</w:t>
      </w:r>
    </w:p>
    <w:p>
      <w:pPr>
        <w:ind w:left="454"/>
      </w:pPr>
      <w:r>
        <w:t>d. să elibereze, la cerere, toate documentele care atestă calitatea de salariat a solicitantului;</w:t>
      </w:r>
    </w:p>
    <w:p>
      <w:pPr>
        <w:ind w:left="454"/>
      </w:pPr>
      <w:r>
        <w:t>e. să asigure confidenţialitatea datelor cu caracter personal ale salariatului.</w:t>
      </w:r>
    </w:p>
    <w:p>
      <w:pPr>
        <w:ind w:left="454"/>
      </w:pPr>
      <w:r>
        <w:t>f. sa plateasca toate contributiile si impozitele aflate in sarcina sa , precum si sa retina si sa vireze contributiile si impozitele datorate de salariati in conditiile legii.</w:t>
      </w:r>
    </w:p>
    <w:p>
      <w:pPr>
        <w:ind w:left="454"/>
      </w:pPr>
      <w:r>
        <w:t>g. sa infiinteze registrul general de evidenta a salariatilor si sa opereze inregistrarile prevazute de lege.</w:t>
      </w:r>
    </w:p>
    <w:p>
      <w:pPr>
        <w:ind w:left="454"/>
      </w:pPr>
      <w:r>
        <w:t>h. sa acorde salariatilor toate drepturile ce decurg din lege, din contractul colectiv de munca aplicabil precum si in contractul individual de munca.</w:t>
      </w:r>
    </w:p>
    <w:p>
      <w:pPr>
        <w:ind w:left="454"/>
      </w:pPr>
      <w:r>
        <w:t>i. sa se consulte cu sindicatul sau dupa caz cu reprezentantii salariatilor in privinta deciziilor susceptibile sa afecteze substantial drepturile si interesele acestora.</w:t>
      </w:r>
    </w:p>
    <w:p>
      <w:pPr>
        <w:keepNext/>
        <w:spacing w:before="160"/>
        <w:jc w:val="left"/>
      </w:pPr>
      <w:r>
        <w:rPr>
          <w:b/>
          <w:sz w:val="24"/>
        </w:rPr>
        <w:t>N. Dispoziţii finale</w:t>
      </w:r>
    </w:p>
    <w:p>
      <w:pPr>
        <w:jc w:val="both"/>
      </w:pPr>
      <w:r>
        <w:t>Prevederile prezentului contract individual de muncă se completează cu dispoziţiile Legii nr.53/2003 – Codul Muncii modificata si completata ulterior, ale contractului colectiv de munca aplicabil incheiat la nivelul angajatorului inregistrat sub nr. _________ / __________ la I.T.M. a judetului _____________ / Ministerul Muncii si Solidaritatii Sociale.</w:t>
      </w:r>
    </w:p>
    <w:p>
      <w:pPr>
        <w:jc w:val="both"/>
      </w:pPr>
      <w:r>
        <w:t>Orice modificare privind clauzele contractuale în timpul executării contractului individual de muncă impune încheierea unui act adiţional la contract, conform dispoziţiilor legale.</w:t>
      </w:r>
    </w:p>
    <w:p>
      <w:pPr>
        <w:jc w:val="left"/>
      </w:pPr>
      <w:r>
        <w:t>Prezentul Contract Individual de Muncă s-a încheiat în 2 (două) exemplare, câte unul pentru fiecare parte.</w:t>
      </w:r>
    </w:p>
    <w:p>
      <w:pPr>
        <w:jc w:val="both"/>
      </w:pPr>
      <w:r>
        <w:t>O. Conflictele în legătură cu încheierea, executarea, modificarea, suspendarea sau încetarea prezentului contract individual de muncă sunt soluţionate de instanţa judecătorească competentă material şi teritorial, potrivit legii.</w:t>
      </w:r>
    </w:p>
    <w:p/>
    <w:p/>
    <w:tbl>
      <w:tblPr>
        <w:tblW w:type="auto" w:w="0"/>
        <w:tblLook w:firstColumn="1" w:firstRow="1" w:lastColumn="0" w:lastRow="0" w:noHBand="0" w:noVBand="1" w:val="04A0"/>
        <w:tblBorders>
          <w:top w:val="nil"/>
          <w:left w:val="nil"/>
          <w:bottom w:val="nil"/>
          <w:right w:val="nil"/>
          <w:insideH w:val="nil"/>
          <w:insideV w:val="nil"/>
        </w:tblBorders>
      </w:tblPr>
      <w:tblGrid>
        <w:gridCol w:w="4706"/>
        <w:gridCol w:w="4706"/>
      </w:tblGrid>
      <w:tr>
        <w:tc>
          <w:tcPr>
            <w:tcW w:type="dxa" w:w="4706"/>
          </w:tcPr>
          <w:p>
            <w:r>
              <w:t>Angajator,</w:t>
            </w:r>
          </w:p>
        </w:tc>
        <w:tc>
          <w:tcPr>
            <w:tcW w:type="dxa" w:w="4706"/>
          </w:tcPr>
          <w:p>
            <w:pPr>
              <w:jc w:val="right"/>
            </w:pPr>
            <w:r>
              <w:t>Salariat,</w:t>
            </w:r>
          </w:p>
        </w:tc>
      </w:tr>
    </w:tbl>
    <w:p>
      <w:pPr>
        <w:jc w:val="left"/>
      </w:pPr>
      <w:r>
        <w:t>_________________</w:t>
      </w:r>
    </w:p>
    <w:p>
      <w:pPr>
        <w:jc w:val="left"/>
      </w:pPr>
      <w:r>
        <w:t>Reprezentant legal</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Model gratuit de pe www.model-de.ro · verificați prevederile legale în vigoare înainte de utilizare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