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60"/>
        <w:jc w:val="center"/>
      </w:pPr>
      <w:r>
        <w:rPr>
          <w:b/>
          <w:sz w:val="26"/>
        </w:rPr>
        <w:t>DECLARATIE PE PROPRIA RASPUNDERE CONCURS ANTIFRAUDA</w:t>
      </w:r>
    </w:p>
    <w:p/>
    <w:p>
      <w:pPr>
        <w:jc w:val="both"/>
      </w:pPr>
      <w:r>
        <w:t>Subsemnatul/Subsemnata, …………, avand C.N.P. …………….., cetatean roman, fiul/fiica lui …… si al/a ………., nascut/nascuta la data de …../…./…. in localitatea ……….., domiciliat/domiciliata in …………., adresa completa …………., legitimat/legitimata cu CI/BI seria …. nr. ….., eliberata/eliberat de …………. la data de ………., cunoscand prevederile art. 292 din Codul penal cu privire la falsul in declaratii, declar prin prezenta, pe propria raspundere, ca:</w:t>
      </w:r>
    </w:p>
    <w:p>
      <w:pPr>
        <w:ind w:left="454"/>
      </w:pPr>
      <w:r>
        <w:t>– nu am fost lucrator sau colaborator al Securitatii, astfel cum sunt definiti prin Ordonanta de urgenta a Guvernului nr. 24/2008 privind accesul la propriul dosar si deconspirarea Securitatii, aprobata cu modificari si completari prin Legea nr. 293/2008;</w:t>
      </w:r>
    </w:p>
    <w:p>
      <w:pPr>
        <w:ind w:left="454"/>
      </w:pPr>
      <w:r>
        <w:t>– nu am fost destituit/destituita dintr-o functie publica si nici nu mi-a incetat contractul individual de munca, pentru motive imputabile, in ultimii 7 ani.</w:t>
      </w:r>
    </w:p>
    <w:p>
      <w:pPr>
        <w:jc w:val="left"/>
      </w:pPr>
      <w:r>
        <w:t>Dau aceasta declaratie si o sustin.</w:t>
      </w:r>
    </w:p>
    <w:p/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706"/>
        <w:gridCol w:w="4706"/>
      </w:tblGrid>
      <w:tr>
        <w:tc>
          <w:tcPr>
            <w:tcW w:type="dxa" w:w="4706"/>
          </w:tcPr>
          <w:p>
            <w:r>
              <w:t>Data …/…/…</w:t>
            </w:r>
          </w:p>
        </w:tc>
        <w:tc>
          <w:tcPr>
            <w:tcW w:type="dxa" w:w="4706"/>
          </w:tcPr>
          <w:p>
            <w:pPr>
              <w:jc w:val="right"/>
            </w:pPr>
            <w:r>
              <w:t>Semnatura</w:t>
              <w:br/>
              <w:t>…………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Model gratuit de pe www.model-de.ro · verificați prevederile legale în vigoare înainte de utilizare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